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68106" w14:textId="77777777" w:rsidR="00975027" w:rsidRPr="008478AF" w:rsidRDefault="00975027" w:rsidP="00975027">
      <w:pPr>
        <w:jc w:val="center"/>
        <w:rPr>
          <w:lang w:val="ru-RU"/>
        </w:rPr>
      </w:pPr>
      <w:r w:rsidRPr="008478AF">
        <w:rPr>
          <w:b/>
          <w:color w:val="005288"/>
          <w:sz w:val="36"/>
          <w:lang w:val="ru-RU"/>
        </w:rPr>
        <w:t>РАБОЧИЙ КАЛЕНДАРЬ ОЛИМПИАДНОЙ ПОДГОТОВКИ</w:t>
      </w:r>
    </w:p>
    <w:p w14:paraId="62908FAE" w14:textId="77777777" w:rsidR="00975027" w:rsidRPr="008478AF" w:rsidRDefault="00975027" w:rsidP="00975027">
      <w:pPr>
        <w:jc w:val="center"/>
        <w:rPr>
          <w:lang w:val="ru-RU"/>
        </w:rPr>
      </w:pPr>
      <w:r w:rsidRPr="008478AF">
        <w:rPr>
          <w:b/>
          <w:color w:val="DC192D"/>
          <w:sz w:val="24"/>
          <w:lang w:val="ru-RU"/>
        </w:rPr>
        <w:t>2026/2027 учебный год • актуально на 07.09.2026</w:t>
      </w:r>
    </w:p>
    <w:p w14:paraId="5EE4F182" w14:textId="77777777" w:rsidR="00350988" w:rsidRPr="00975027" w:rsidRDefault="00000000">
      <w:pPr>
        <w:spacing w:before="160" w:after="100"/>
        <w:rPr>
          <w:lang w:val="ru-RU"/>
        </w:rPr>
      </w:pPr>
      <w:r w:rsidRPr="00975027">
        <w:rPr>
          <w:b/>
          <w:color w:val="005288"/>
          <w:sz w:val="26"/>
          <w:lang w:val="ru-RU"/>
        </w:rPr>
        <w:t>Ученики 10–11 классов</w:t>
      </w:r>
      <w:r w:rsidRPr="00975027">
        <w:rPr>
          <w:b/>
          <w:color w:val="DC192D"/>
          <w:sz w:val="22"/>
          <w:lang w:val="ru-RU"/>
        </w:rPr>
        <w:t>. Олимпиады как инструмент поступления</w:t>
      </w:r>
    </w:p>
    <w:tbl>
      <w:tblPr>
        <w:tblStyle w:val="aff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76"/>
        <w:gridCol w:w="1944"/>
        <w:gridCol w:w="1800"/>
        <w:gridCol w:w="792"/>
        <w:gridCol w:w="1008"/>
        <w:gridCol w:w="1440"/>
        <w:gridCol w:w="1944"/>
        <w:gridCol w:w="1800"/>
        <w:gridCol w:w="1656"/>
      </w:tblGrid>
      <w:tr w:rsidR="00350988" w14:paraId="104460F9" w14:textId="77777777">
        <w:trPr>
          <w:cantSplit/>
          <w:tblHeader/>
          <w:jc w:val="center"/>
        </w:trPr>
        <w:tc>
          <w:tcPr>
            <w:tcW w:w="2376" w:type="dxa"/>
            <w:shd w:val="clear" w:color="auto" w:fill="005288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011E644" w14:textId="77777777" w:rsidR="00350988" w:rsidRDefault="00000000">
            <w:pPr>
              <w:jc w:val="center"/>
            </w:pPr>
            <w:proofErr w:type="spellStart"/>
            <w:r>
              <w:rPr>
                <w:b/>
                <w:color w:val="FFFFFF"/>
                <w:sz w:val="15"/>
              </w:rPr>
              <w:t>Олимпиада</w:t>
            </w:r>
            <w:proofErr w:type="spellEnd"/>
          </w:p>
        </w:tc>
        <w:tc>
          <w:tcPr>
            <w:tcW w:w="1944" w:type="dxa"/>
            <w:shd w:val="clear" w:color="auto" w:fill="005288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9BB709C" w14:textId="77777777" w:rsidR="00350988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Вуз / организатор</w:t>
            </w:r>
          </w:p>
        </w:tc>
        <w:tc>
          <w:tcPr>
            <w:tcW w:w="1800" w:type="dxa"/>
            <w:shd w:val="clear" w:color="auto" w:fill="005288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6DBC319" w14:textId="77777777" w:rsidR="00350988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Направление</w:t>
            </w:r>
          </w:p>
        </w:tc>
        <w:tc>
          <w:tcPr>
            <w:tcW w:w="792" w:type="dxa"/>
            <w:shd w:val="clear" w:color="auto" w:fill="005288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7D87949" w14:textId="77777777" w:rsidR="00350988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Классы</w:t>
            </w:r>
          </w:p>
        </w:tc>
        <w:tc>
          <w:tcPr>
            <w:tcW w:w="1008" w:type="dxa"/>
            <w:shd w:val="clear" w:color="auto" w:fill="005288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6B1D23E" w14:textId="77777777" w:rsidR="00350988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Уровень РСОШ*</w:t>
            </w:r>
          </w:p>
        </w:tc>
        <w:tc>
          <w:tcPr>
            <w:tcW w:w="1440" w:type="dxa"/>
            <w:shd w:val="clear" w:color="auto" w:fill="005288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EDB5D94" w14:textId="77777777" w:rsidR="00350988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Дедлайн регистрации</w:t>
            </w:r>
          </w:p>
        </w:tc>
        <w:tc>
          <w:tcPr>
            <w:tcW w:w="1944" w:type="dxa"/>
            <w:shd w:val="clear" w:color="auto" w:fill="005288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0A1D46D" w14:textId="77777777" w:rsidR="00350988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Отборочный этап 2026/27</w:t>
            </w:r>
          </w:p>
        </w:tc>
        <w:tc>
          <w:tcPr>
            <w:tcW w:w="1800" w:type="dxa"/>
            <w:shd w:val="clear" w:color="auto" w:fill="005288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B5F3562" w14:textId="77777777" w:rsidR="00350988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Финальный этап 2026/27</w:t>
            </w:r>
          </w:p>
        </w:tc>
        <w:tc>
          <w:tcPr>
            <w:tcW w:w="1656" w:type="dxa"/>
            <w:shd w:val="clear" w:color="auto" w:fill="005288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E8FDE00" w14:textId="77777777" w:rsidR="00350988" w:rsidRDefault="00000000">
            <w:pPr>
              <w:jc w:val="center"/>
            </w:pPr>
            <w:r>
              <w:rPr>
                <w:b/>
                <w:color w:val="FFFFFF"/>
                <w:sz w:val="15"/>
              </w:rPr>
              <w:t>Регистрация / сайт организатора</w:t>
            </w:r>
          </w:p>
        </w:tc>
      </w:tr>
      <w:tr w:rsidR="00350988" w:rsidRPr="008478AF" w14:paraId="1019907E" w14:textId="77777777">
        <w:trPr>
          <w:cantSplit/>
          <w:jc w:val="center"/>
        </w:trPr>
        <w:tc>
          <w:tcPr>
            <w:tcW w:w="237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A48E210" w14:textId="77777777" w:rsidR="00350988" w:rsidRDefault="00000000">
            <w:r>
              <w:rPr>
                <w:b/>
                <w:color w:val="005288"/>
                <w:sz w:val="14"/>
              </w:rPr>
              <w:t>«Высшая проба» — математика</w:t>
            </w:r>
          </w:p>
        </w:tc>
        <w:tc>
          <w:tcPr>
            <w:tcW w:w="1944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9153CBB" w14:textId="77777777" w:rsidR="00350988" w:rsidRDefault="00000000">
            <w:r>
              <w:rPr>
                <w:sz w:val="14"/>
              </w:rPr>
              <w:t>НИУ ВШЭ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EC79F42" w14:textId="77777777" w:rsidR="00350988" w:rsidRDefault="00000000">
            <w:r>
              <w:rPr>
                <w:sz w:val="14"/>
              </w:rPr>
              <w:t>Математика</w:t>
            </w:r>
          </w:p>
        </w:tc>
        <w:tc>
          <w:tcPr>
            <w:tcW w:w="792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B359233" w14:textId="77777777" w:rsidR="00350988" w:rsidRDefault="00000000">
            <w:pPr>
              <w:jc w:val="center"/>
            </w:pPr>
            <w:r>
              <w:rPr>
                <w:sz w:val="14"/>
              </w:rPr>
              <w:t>10–11</w:t>
            </w:r>
          </w:p>
        </w:tc>
        <w:tc>
          <w:tcPr>
            <w:tcW w:w="1008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1368598" w14:textId="77777777" w:rsidR="00350988" w:rsidRDefault="00000000">
            <w:pPr>
              <w:jc w:val="center"/>
            </w:pPr>
            <w:r>
              <w:rPr>
                <w:sz w:val="14"/>
              </w:rPr>
              <w:t>по проекту</w:t>
            </w:r>
          </w:p>
        </w:tc>
        <w:tc>
          <w:tcPr>
            <w:tcW w:w="144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3AFF49C" w14:textId="77777777" w:rsidR="00350988" w:rsidRDefault="00000000">
            <w:r>
              <w:rPr>
                <w:sz w:val="14"/>
              </w:rPr>
              <w:t>до 21.09.2026, 14:00 МСК (открыта)</w:t>
            </w:r>
          </w:p>
        </w:tc>
        <w:tc>
          <w:tcPr>
            <w:tcW w:w="1944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047B6B9" w14:textId="77777777" w:rsidR="00350988" w:rsidRDefault="00000000">
            <w:r>
              <w:rPr>
                <w:sz w:val="14"/>
              </w:rPr>
              <w:t>1-й тур: 25.09–11.10.2026; 2-й тур: 13–22.11.2026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A39BDEF" w14:textId="77777777" w:rsidR="00350988" w:rsidRPr="00975027" w:rsidRDefault="00000000">
            <w:pPr>
              <w:rPr>
                <w:lang w:val="ru-RU"/>
              </w:rPr>
            </w:pPr>
            <w:r>
              <w:rPr>
                <w:sz w:val="14"/>
                <w:lang w:val="ru-RU"/>
              </w:rPr>
              <w:t>05–15.02.2027</w:t>
            </w:r>
          </w:p>
        </w:tc>
        <w:tc>
          <w:tcPr>
            <w:tcW w:w="165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43854C9" w14:textId="77777777" w:rsidR="00EE598B" w:rsidRPr="008478AF" w:rsidRDefault="00000000">
            <w:pPr>
              <w:rPr>
                <w:lang w:val="ru-RU"/>
              </w:rPr>
            </w:pPr>
            <w:r>
              <w:rPr>
                <w:color w:val="005288"/>
                <w:sz w:val="13"/>
              </w:rPr>
              <w:t>https</w:t>
            </w:r>
            <w:r w:rsidRPr="008478AF">
              <w:rPr>
                <w:color w:val="005288"/>
                <w:sz w:val="13"/>
                <w:lang w:val="ru-RU"/>
              </w:rPr>
              <w:t>://</w:t>
            </w:r>
            <w:r>
              <w:rPr>
                <w:color w:val="005288"/>
                <w:sz w:val="13"/>
              </w:rPr>
              <w:t>olymp</w:t>
            </w:r>
            <w:r w:rsidRPr="008478AF">
              <w:rPr>
                <w:color w:val="005288"/>
                <w:sz w:val="13"/>
                <w:lang w:val="ru-RU"/>
              </w:rPr>
              <w:t>.</w:t>
            </w:r>
            <w:r>
              <w:rPr>
                <w:color w:val="005288"/>
                <w:sz w:val="13"/>
              </w:rPr>
              <w:t>hse</w:t>
            </w:r>
            <w:r w:rsidRPr="008478AF">
              <w:rPr>
                <w:color w:val="005288"/>
                <w:sz w:val="13"/>
                <w:lang w:val="ru-RU"/>
              </w:rPr>
              <w:t>.</w:t>
            </w:r>
            <w:r>
              <w:rPr>
                <w:color w:val="005288"/>
                <w:sz w:val="13"/>
              </w:rPr>
              <w:t>ru</w:t>
            </w:r>
            <w:r w:rsidRPr="008478AF">
              <w:rPr>
                <w:color w:val="005288"/>
                <w:sz w:val="13"/>
                <w:lang w:val="ru-RU"/>
              </w:rPr>
              <w:t>/</w:t>
            </w:r>
            <w:r>
              <w:rPr>
                <w:color w:val="005288"/>
                <w:sz w:val="13"/>
              </w:rPr>
              <w:t>mmo</w:t>
            </w:r>
            <w:r w:rsidRPr="008478AF">
              <w:rPr>
                <w:color w:val="005288"/>
                <w:sz w:val="13"/>
                <w:lang w:val="ru-RU"/>
              </w:rPr>
              <w:t>/</w:t>
            </w:r>
          </w:p>
        </w:tc>
      </w:tr>
      <w:tr w:rsidR="00350988" w:rsidRPr="008478AF" w14:paraId="2DC96CAE" w14:textId="77777777">
        <w:trPr>
          <w:cantSplit/>
          <w:jc w:val="center"/>
        </w:trPr>
        <w:tc>
          <w:tcPr>
            <w:tcW w:w="237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FC8F3B6" w14:textId="77777777" w:rsidR="00350988" w:rsidRDefault="00000000">
            <w:r>
              <w:rPr>
                <w:b/>
                <w:color w:val="005288"/>
                <w:sz w:val="14"/>
              </w:rPr>
              <w:t>«Высшая проба» — информатика</w:t>
            </w:r>
          </w:p>
        </w:tc>
        <w:tc>
          <w:tcPr>
            <w:tcW w:w="1944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B3A60F7" w14:textId="77777777" w:rsidR="00350988" w:rsidRDefault="00000000">
            <w:r>
              <w:rPr>
                <w:sz w:val="14"/>
              </w:rPr>
              <w:t>НИУ ВШЭ</w:t>
            </w:r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9A6A106" w14:textId="77777777" w:rsidR="00350988" w:rsidRDefault="00000000">
            <w:r>
              <w:rPr>
                <w:sz w:val="14"/>
              </w:rPr>
              <w:t>Информатика</w:t>
            </w:r>
          </w:p>
        </w:tc>
        <w:tc>
          <w:tcPr>
            <w:tcW w:w="792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87C2CFB" w14:textId="77777777" w:rsidR="00350988" w:rsidRDefault="00000000">
            <w:pPr>
              <w:jc w:val="center"/>
            </w:pPr>
            <w:r>
              <w:rPr>
                <w:sz w:val="14"/>
              </w:rPr>
              <w:t>10–11</w:t>
            </w:r>
          </w:p>
        </w:tc>
        <w:tc>
          <w:tcPr>
            <w:tcW w:w="1008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ED6962A" w14:textId="77777777" w:rsidR="00350988" w:rsidRDefault="00000000">
            <w:pPr>
              <w:jc w:val="center"/>
            </w:pPr>
            <w:r>
              <w:rPr>
                <w:sz w:val="14"/>
              </w:rPr>
              <w:t>по проекту</w:t>
            </w:r>
          </w:p>
        </w:tc>
        <w:tc>
          <w:tcPr>
            <w:tcW w:w="144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94BA233" w14:textId="77777777" w:rsidR="00350988" w:rsidRDefault="00000000">
            <w:r>
              <w:rPr>
                <w:sz w:val="14"/>
              </w:rPr>
              <w:t>до 21.09.2026, 14:00 МСК (открыта)</w:t>
            </w:r>
          </w:p>
        </w:tc>
        <w:tc>
          <w:tcPr>
            <w:tcW w:w="1944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59A494F" w14:textId="77777777" w:rsidR="00350988" w:rsidRDefault="00000000">
            <w:r>
              <w:rPr>
                <w:sz w:val="14"/>
              </w:rPr>
              <w:t>1-й тур: 25.09–11.10.2026; 2-й тур: 13–22.11.2026</w:t>
            </w:r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AFB19D1" w14:textId="77777777" w:rsidR="00350988" w:rsidRPr="00975027" w:rsidRDefault="00000000">
            <w:pPr>
              <w:rPr>
                <w:lang w:val="ru-RU"/>
              </w:rPr>
            </w:pPr>
            <w:r>
              <w:rPr>
                <w:sz w:val="14"/>
                <w:lang w:val="ru-RU"/>
              </w:rPr>
              <w:t>05–15.02.2027</w:t>
            </w:r>
          </w:p>
        </w:tc>
        <w:tc>
          <w:tcPr>
            <w:tcW w:w="165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E1A30A7" w14:textId="77777777" w:rsidR="00EE598B" w:rsidRPr="008478AF" w:rsidRDefault="00000000">
            <w:pPr>
              <w:rPr>
                <w:lang w:val="ru-RU"/>
              </w:rPr>
            </w:pPr>
            <w:r>
              <w:rPr>
                <w:color w:val="005288"/>
                <w:sz w:val="13"/>
              </w:rPr>
              <w:t>https</w:t>
            </w:r>
            <w:r w:rsidRPr="008478AF">
              <w:rPr>
                <w:color w:val="005288"/>
                <w:sz w:val="13"/>
                <w:lang w:val="ru-RU"/>
              </w:rPr>
              <w:t>://</w:t>
            </w:r>
            <w:r>
              <w:rPr>
                <w:color w:val="005288"/>
                <w:sz w:val="13"/>
              </w:rPr>
              <w:t>olymp</w:t>
            </w:r>
            <w:r w:rsidRPr="008478AF">
              <w:rPr>
                <w:color w:val="005288"/>
                <w:sz w:val="13"/>
                <w:lang w:val="ru-RU"/>
              </w:rPr>
              <w:t>.</w:t>
            </w:r>
            <w:r>
              <w:rPr>
                <w:color w:val="005288"/>
                <w:sz w:val="13"/>
              </w:rPr>
              <w:t>hse</w:t>
            </w:r>
            <w:r w:rsidRPr="008478AF">
              <w:rPr>
                <w:color w:val="005288"/>
                <w:sz w:val="13"/>
                <w:lang w:val="ru-RU"/>
              </w:rPr>
              <w:t>.</w:t>
            </w:r>
            <w:r>
              <w:rPr>
                <w:color w:val="005288"/>
                <w:sz w:val="13"/>
              </w:rPr>
              <w:t>ru</w:t>
            </w:r>
            <w:r w:rsidRPr="008478AF">
              <w:rPr>
                <w:color w:val="005288"/>
                <w:sz w:val="13"/>
                <w:lang w:val="ru-RU"/>
              </w:rPr>
              <w:t>/</w:t>
            </w:r>
            <w:r>
              <w:rPr>
                <w:color w:val="005288"/>
                <w:sz w:val="13"/>
              </w:rPr>
              <w:t>mmo</w:t>
            </w:r>
            <w:r w:rsidRPr="008478AF">
              <w:rPr>
                <w:color w:val="005288"/>
                <w:sz w:val="13"/>
                <w:lang w:val="ru-RU"/>
              </w:rPr>
              <w:t>/</w:t>
            </w:r>
          </w:p>
        </w:tc>
      </w:tr>
      <w:tr w:rsidR="00350988" w:rsidRPr="008478AF" w14:paraId="0A3B7078" w14:textId="77777777">
        <w:trPr>
          <w:cantSplit/>
          <w:jc w:val="center"/>
        </w:trPr>
        <w:tc>
          <w:tcPr>
            <w:tcW w:w="237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35B2C46" w14:textId="77777777" w:rsidR="00350988" w:rsidRDefault="00000000">
            <w:r>
              <w:rPr>
                <w:b/>
                <w:color w:val="005288"/>
                <w:sz w:val="14"/>
              </w:rPr>
              <w:t>«Высшая проба» — инженерные науки</w:t>
            </w:r>
          </w:p>
        </w:tc>
        <w:tc>
          <w:tcPr>
            <w:tcW w:w="1944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BBE43D5" w14:textId="77777777" w:rsidR="00350988" w:rsidRDefault="00000000">
            <w:r>
              <w:rPr>
                <w:sz w:val="14"/>
              </w:rPr>
              <w:t>НИУ ВШЭ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D3D2A61" w14:textId="77777777" w:rsidR="00350988" w:rsidRDefault="00000000">
            <w:r>
              <w:rPr>
                <w:sz w:val="14"/>
              </w:rPr>
              <w:t>Инженерные науки</w:t>
            </w:r>
          </w:p>
        </w:tc>
        <w:tc>
          <w:tcPr>
            <w:tcW w:w="792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E8FA993" w14:textId="77777777" w:rsidR="00350988" w:rsidRDefault="00000000">
            <w:pPr>
              <w:jc w:val="center"/>
            </w:pPr>
            <w:r>
              <w:rPr>
                <w:sz w:val="14"/>
              </w:rPr>
              <w:t>10–11</w:t>
            </w:r>
          </w:p>
        </w:tc>
        <w:tc>
          <w:tcPr>
            <w:tcW w:w="1008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8693A2E" w14:textId="77777777" w:rsidR="00350988" w:rsidRDefault="00000000">
            <w:pPr>
              <w:jc w:val="center"/>
            </w:pPr>
            <w:r>
              <w:rPr>
                <w:sz w:val="14"/>
              </w:rPr>
              <w:t>по проекту</w:t>
            </w:r>
          </w:p>
        </w:tc>
        <w:tc>
          <w:tcPr>
            <w:tcW w:w="144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7E9BF04" w14:textId="77777777" w:rsidR="00350988" w:rsidRDefault="00000000">
            <w:r>
              <w:rPr>
                <w:sz w:val="14"/>
              </w:rPr>
              <w:t>до 21.09.2026, 14:00 МСК (открыта)</w:t>
            </w:r>
          </w:p>
        </w:tc>
        <w:tc>
          <w:tcPr>
            <w:tcW w:w="1944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D51E129" w14:textId="77777777" w:rsidR="00350988" w:rsidRDefault="00000000">
            <w:r>
              <w:rPr>
                <w:sz w:val="14"/>
              </w:rPr>
              <w:t>1-й тур: 25.09–11.10.2026; 2-й тур: 13–22.11.2026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9379A2B" w14:textId="77777777" w:rsidR="00350988" w:rsidRPr="00975027" w:rsidRDefault="00000000">
            <w:pPr>
              <w:rPr>
                <w:lang w:val="ru-RU"/>
              </w:rPr>
            </w:pPr>
            <w:r>
              <w:rPr>
                <w:sz w:val="14"/>
                <w:lang w:val="ru-RU"/>
              </w:rPr>
              <w:t>05–15.02.2027</w:t>
            </w:r>
          </w:p>
        </w:tc>
        <w:tc>
          <w:tcPr>
            <w:tcW w:w="165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52226E9" w14:textId="77777777" w:rsidR="00EE598B" w:rsidRPr="008478AF" w:rsidRDefault="00000000">
            <w:pPr>
              <w:rPr>
                <w:lang w:val="ru-RU"/>
              </w:rPr>
            </w:pPr>
            <w:r>
              <w:rPr>
                <w:color w:val="005288"/>
                <w:sz w:val="13"/>
              </w:rPr>
              <w:t>https</w:t>
            </w:r>
            <w:r w:rsidRPr="008478AF">
              <w:rPr>
                <w:color w:val="005288"/>
                <w:sz w:val="13"/>
                <w:lang w:val="ru-RU"/>
              </w:rPr>
              <w:t>://</w:t>
            </w:r>
            <w:r>
              <w:rPr>
                <w:color w:val="005288"/>
                <w:sz w:val="13"/>
              </w:rPr>
              <w:t>olymp</w:t>
            </w:r>
            <w:r w:rsidRPr="008478AF">
              <w:rPr>
                <w:color w:val="005288"/>
                <w:sz w:val="13"/>
                <w:lang w:val="ru-RU"/>
              </w:rPr>
              <w:t>.</w:t>
            </w:r>
            <w:r>
              <w:rPr>
                <w:color w:val="005288"/>
                <w:sz w:val="13"/>
              </w:rPr>
              <w:t>hse</w:t>
            </w:r>
            <w:r w:rsidRPr="008478AF">
              <w:rPr>
                <w:color w:val="005288"/>
                <w:sz w:val="13"/>
                <w:lang w:val="ru-RU"/>
              </w:rPr>
              <w:t>.</w:t>
            </w:r>
            <w:r>
              <w:rPr>
                <w:color w:val="005288"/>
                <w:sz w:val="13"/>
              </w:rPr>
              <w:t>ru</w:t>
            </w:r>
            <w:r w:rsidRPr="008478AF">
              <w:rPr>
                <w:color w:val="005288"/>
                <w:sz w:val="13"/>
                <w:lang w:val="ru-RU"/>
              </w:rPr>
              <w:t>/</w:t>
            </w:r>
            <w:r>
              <w:rPr>
                <w:color w:val="005288"/>
                <w:sz w:val="13"/>
              </w:rPr>
              <w:t>mmo</w:t>
            </w:r>
            <w:r w:rsidRPr="008478AF">
              <w:rPr>
                <w:color w:val="005288"/>
                <w:sz w:val="13"/>
                <w:lang w:val="ru-RU"/>
              </w:rPr>
              <w:t>/</w:t>
            </w:r>
          </w:p>
        </w:tc>
      </w:tr>
      <w:tr w:rsidR="00350988" w14:paraId="29D7BB38" w14:textId="77777777">
        <w:trPr>
          <w:cantSplit/>
          <w:jc w:val="center"/>
        </w:trPr>
        <w:tc>
          <w:tcPr>
            <w:tcW w:w="237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5566B6F" w14:textId="77777777" w:rsidR="00350988" w:rsidRDefault="00000000">
            <w:r>
              <w:rPr>
                <w:b/>
                <w:color w:val="005288"/>
                <w:sz w:val="14"/>
              </w:rPr>
              <w:t>«Высшая проба» — промышленное программирование</w:t>
            </w:r>
          </w:p>
        </w:tc>
        <w:tc>
          <w:tcPr>
            <w:tcW w:w="1944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F6451DE" w14:textId="77777777" w:rsidR="00350988" w:rsidRDefault="00000000">
            <w:r>
              <w:rPr>
                <w:sz w:val="14"/>
              </w:rPr>
              <w:t>НИУ ВШЭ</w:t>
            </w:r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6A5BBF7" w14:textId="77777777" w:rsidR="00350988" w:rsidRDefault="00000000">
            <w:r>
              <w:rPr>
                <w:sz w:val="14"/>
              </w:rPr>
              <w:t>Программирование</w:t>
            </w:r>
          </w:p>
        </w:tc>
        <w:tc>
          <w:tcPr>
            <w:tcW w:w="792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F28D88E" w14:textId="77777777" w:rsidR="00350988" w:rsidRDefault="00000000">
            <w:pPr>
              <w:jc w:val="center"/>
            </w:pPr>
            <w:r>
              <w:rPr>
                <w:sz w:val="14"/>
              </w:rPr>
              <w:t>10–11</w:t>
            </w:r>
          </w:p>
        </w:tc>
        <w:tc>
          <w:tcPr>
            <w:tcW w:w="1008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D08BA05" w14:textId="77777777" w:rsidR="00350988" w:rsidRDefault="00000000">
            <w:pPr>
              <w:jc w:val="center"/>
            </w:pPr>
            <w:r>
              <w:rPr>
                <w:sz w:val="14"/>
              </w:rPr>
              <w:t>по проекту</w:t>
            </w:r>
          </w:p>
        </w:tc>
        <w:tc>
          <w:tcPr>
            <w:tcW w:w="144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2D52404" w14:textId="77777777" w:rsidR="00350988" w:rsidRDefault="00000000">
            <w:r>
              <w:rPr>
                <w:sz w:val="14"/>
              </w:rPr>
              <w:t>открыта отдельно; дедлайн уточняется</w:t>
            </w:r>
          </w:p>
        </w:tc>
        <w:tc>
          <w:tcPr>
            <w:tcW w:w="1944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5D36AE6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AB8AAEE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65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9826133" w14:textId="77777777" w:rsidR="00EE598B" w:rsidRDefault="00000000">
            <w:r>
              <w:rPr>
                <w:color w:val="005288"/>
                <w:sz w:val="13"/>
              </w:rPr>
              <w:t>https://olymp.hse.ru/mmo/</w:t>
            </w:r>
          </w:p>
        </w:tc>
      </w:tr>
      <w:tr w:rsidR="00350988" w14:paraId="6D243B5A" w14:textId="77777777">
        <w:trPr>
          <w:cantSplit/>
          <w:jc w:val="center"/>
        </w:trPr>
        <w:tc>
          <w:tcPr>
            <w:tcW w:w="237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4361714" w14:textId="77777777" w:rsidR="00350988" w:rsidRDefault="00000000">
            <w:r>
              <w:rPr>
                <w:b/>
                <w:color w:val="005288"/>
                <w:sz w:val="14"/>
              </w:rPr>
              <w:t>«Физтех» — математика</w:t>
            </w:r>
          </w:p>
        </w:tc>
        <w:tc>
          <w:tcPr>
            <w:tcW w:w="1944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A203BE6" w14:textId="77777777" w:rsidR="00350988" w:rsidRDefault="00000000">
            <w:r>
              <w:rPr>
                <w:sz w:val="14"/>
              </w:rPr>
              <w:t>МФТИ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1A6B409" w14:textId="77777777" w:rsidR="00350988" w:rsidRDefault="00000000">
            <w:r>
              <w:rPr>
                <w:sz w:val="14"/>
              </w:rPr>
              <w:t>Математика</w:t>
            </w:r>
          </w:p>
        </w:tc>
        <w:tc>
          <w:tcPr>
            <w:tcW w:w="792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35569B3" w14:textId="77777777" w:rsidR="00350988" w:rsidRDefault="00000000">
            <w:pPr>
              <w:jc w:val="center"/>
            </w:pPr>
            <w:r>
              <w:rPr>
                <w:sz w:val="14"/>
              </w:rPr>
              <w:t>10–11</w:t>
            </w:r>
          </w:p>
        </w:tc>
        <w:tc>
          <w:tcPr>
            <w:tcW w:w="1008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EC4ED38" w14:textId="77777777" w:rsidR="00350988" w:rsidRDefault="00000000">
            <w:pPr>
              <w:jc w:val="center"/>
            </w:pPr>
            <w:r>
              <w:rPr>
                <w:sz w:val="14"/>
              </w:rPr>
              <w:t>по проекту</w:t>
            </w:r>
          </w:p>
        </w:tc>
        <w:tc>
          <w:tcPr>
            <w:tcW w:w="144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3CD3FA8" w14:textId="77777777" w:rsidR="00350988" w:rsidRDefault="00000000">
            <w:r>
              <w:rPr>
                <w:sz w:val="14"/>
              </w:rPr>
              <w:t>открыта; до 10.10 / 31.10 / 06.11.2026*</w:t>
            </w:r>
          </w:p>
        </w:tc>
        <w:tc>
          <w:tcPr>
            <w:tcW w:w="1944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40FE05C" w14:textId="77777777" w:rsidR="00350988" w:rsidRDefault="00000000">
            <w:r>
              <w:rPr>
                <w:sz w:val="14"/>
              </w:rPr>
              <w:t>11.10; 01.11; 07.11.2026*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01ED21B" w14:textId="77777777" w:rsidR="00350988" w:rsidRDefault="00000000">
            <w:r>
              <w:rPr>
                <w:sz w:val="14"/>
              </w:rPr>
              <w:t>14.02.2027 (предварительно)</w:t>
            </w:r>
          </w:p>
        </w:tc>
        <w:tc>
          <w:tcPr>
            <w:tcW w:w="165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96F47D9" w14:textId="77777777" w:rsidR="00EE598B" w:rsidRDefault="00000000">
            <w:r>
              <w:rPr>
                <w:color w:val="005288"/>
                <w:sz w:val="13"/>
              </w:rPr>
              <w:t>https://olymp-online.mipt.ru/</w:t>
            </w:r>
          </w:p>
        </w:tc>
      </w:tr>
      <w:tr w:rsidR="00350988" w14:paraId="56C35335" w14:textId="77777777">
        <w:trPr>
          <w:cantSplit/>
          <w:jc w:val="center"/>
        </w:trPr>
        <w:tc>
          <w:tcPr>
            <w:tcW w:w="237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205DEA3" w14:textId="77777777" w:rsidR="00350988" w:rsidRDefault="00000000">
            <w:r>
              <w:rPr>
                <w:b/>
                <w:color w:val="005288"/>
                <w:sz w:val="14"/>
              </w:rPr>
              <w:t>«Физтех» — физика</w:t>
            </w:r>
          </w:p>
        </w:tc>
        <w:tc>
          <w:tcPr>
            <w:tcW w:w="1944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63ADF44" w14:textId="77777777" w:rsidR="00350988" w:rsidRDefault="00000000">
            <w:r>
              <w:rPr>
                <w:sz w:val="14"/>
              </w:rPr>
              <w:t>МФТИ</w:t>
            </w:r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B941B8E" w14:textId="77777777" w:rsidR="00350988" w:rsidRDefault="00000000">
            <w:r>
              <w:rPr>
                <w:sz w:val="14"/>
              </w:rPr>
              <w:t>Физика</w:t>
            </w:r>
          </w:p>
        </w:tc>
        <w:tc>
          <w:tcPr>
            <w:tcW w:w="792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BF1E6FB" w14:textId="77777777" w:rsidR="00350988" w:rsidRDefault="00000000">
            <w:pPr>
              <w:jc w:val="center"/>
            </w:pPr>
            <w:r>
              <w:rPr>
                <w:sz w:val="14"/>
              </w:rPr>
              <w:t>10–11</w:t>
            </w:r>
          </w:p>
        </w:tc>
        <w:tc>
          <w:tcPr>
            <w:tcW w:w="1008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A372791" w14:textId="77777777" w:rsidR="00350988" w:rsidRDefault="00000000">
            <w:pPr>
              <w:jc w:val="center"/>
            </w:pPr>
            <w:r>
              <w:rPr>
                <w:sz w:val="14"/>
              </w:rPr>
              <w:t>по проекту</w:t>
            </w:r>
          </w:p>
        </w:tc>
        <w:tc>
          <w:tcPr>
            <w:tcW w:w="144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0F5AD3B" w14:textId="77777777" w:rsidR="00350988" w:rsidRDefault="00000000">
            <w:r>
              <w:rPr>
                <w:sz w:val="14"/>
              </w:rPr>
              <w:t>открыта; до 03.10 / 24.10 / 07.11.2026*</w:t>
            </w:r>
          </w:p>
        </w:tc>
        <w:tc>
          <w:tcPr>
            <w:tcW w:w="1944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C039C2F" w14:textId="77777777" w:rsidR="00350988" w:rsidRDefault="00000000">
            <w:r>
              <w:rPr>
                <w:sz w:val="14"/>
              </w:rPr>
              <w:t>04.10; 25.10; 08.11.2026*</w:t>
            </w:r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18B7257" w14:textId="77777777" w:rsidR="00350988" w:rsidRDefault="00000000">
            <w:r>
              <w:rPr>
                <w:sz w:val="14"/>
              </w:rPr>
              <w:t>13.02.2027 (предварительно)</w:t>
            </w:r>
          </w:p>
        </w:tc>
        <w:tc>
          <w:tcPr>
            <w:tcW w:w="165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DAE6771" w14:textId="77777777" w:rsidR="00EE598B" w:rsidRDefault="00000000">
            <w:r>
              <w:rPr>
                <w:color w:val="005288"/>
                <w:sz w:val="13"/>
              </w:rPr>
              <w:t>https://olymp-online.mipt.ru/</w:t>
            </w:r>
          </w:p>
        </w:tc>
      </w:tr>
      <w:tr w:rsidR="00350988" w14:paraId="2E082079" w14:textId="77777777">
        <w:trPr>
          <w:cantSplit/>
          <w:jc w:val="center"/>
        </w:trPr>
        <w:tc>
          <w:tcPr>
            <w:tcW w:w="237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E5C0D85" w14:textId="77777777" w:rsidR="00350988" w:rsidRDefault="00000000">
            <w:r>
              <w:rPr>
                <w:b/>
                <w:color w:val="005288"/>
                <w:sz w:val="14"/>
              </w:rPr>
              <w:t>«Физтех» — информатика и программирование</w:t>
            </w:r>
          </w:p>
        </w:tc>
        <w:tc>
          <w:tcPr>
            <w:tcW w:w="1944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C7F650F" w14:textId="77777777" w:rsidR="00350988" w:rsidRDefault="00000000">
            <w:r>
              <w:rPr>
                <w:sz w:val="14"/>
              </w:rPr>
              <w:t>МФТИ и партнёры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E54BDB3" w14:textId="77777777" w:rsidR="00350988" w:rsidRDefault="00000000">
            <w:r>
              <w:rPr>
                <w:sz w:val="14"/>
              </w:rPr>
              <w:t>Информатика</w:t>
            </w:r>
          </w:p>
        </w:tc>
        <w:tc>
          <w:tcPr>
            <w:tcW w:w="792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3FE6049" w14:textId="77777777" w:rsidR="00350988" w:rsidRDefault="00000000">
            <w:pPr>
              <w:jc w:val="center"/>
            </w:pPr>
            <w:r>
              <w:rPr>
                <w:sz w:val="14"/>
              </w:rPr>
              <w:t>10–11</w:t>
            </w:r>
          </w:p>
        </w:tc>
        <w:tc>
          <w:tcPr>
            <w:tcW w:w="1008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0C08557" w14:textId="77777777" w:rsidR="00350988" w:rsidRDefault="00000000">
            <w:pPr>
              <w:jc w:val="center"/>
            </w:pPr>
            <w:r>
              <w:rPr>
                <w:sz w:val="14"/>
              </w:rPr>
              <w:t>II по проекту</w:t>
            </w:r>
          </w:p>
        </w:tc>
        <w:tc>
          <w:tcPr>
            <w:tcW w:w="144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4C85CFC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944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5A3E51F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B99AB3A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65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14ACF87" w14:textId="77777777" w:rsidR="00EE598B" w:rsidRDefault="00000000">
            <w:r>
              <w:rPr>
                <w:color w:val="005288"/>
                <w:sz w:val="13"/>
              </w:rPr>
              <w:t>https://olymp-online.mipt.ru/</w:t>
            </w:r>
          </w:p>
        </w:tc>
      </w:tr>
      <w:tr w:rsidR="00350988" w14:paraId="0ADA56BA" w14:textId="77777777">
        <w:trPr>
          <w:cantSplit/>
          <w:jc w:val="center"/>
        </w:trPr>
        <w:tc>
          <w:tcPr>
            <w:tcW w:w="237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8D27ECE" w14:textId="77777777" w:rsidR="00350988" w:rsidRDefault="00000000">
            <w:r>
              <w:rPr>
                <w:b/>
                <w:color w:val="005288"/>
                <w:sz w:val="14"/>
              </w:rPr>
              <w:t>«Физтех» — инженерное дело</w:t>
            </w:r>
          </w:p>
        </w:tc>
        <w:tc>
          <w:tcPr>
            <w:tcW w:w="1944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E575056" w14:textId="77777777" w:rsidR="00350988" w:rsidRDefault="00000000">
            <w:r>
              <w:rPr>
                <w:sz w:val="14"/>
              </w:rPr>
              <w:t>МФТИ</w:t>
            </w:r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6B1A482" w14:textId="77777777" w:rsidR="00350988" w:rsidRDefault="00000000">
            <w:r>
              <w:rPr>
                <w:sz w:val="14"/>
              </w:rPr>
              <w:t>Инженерное дело</w:t>
            </w:r>
          </w:p>
        </w:tc>
        <w:tc>
          <w:tcPr>
            <w:tcW w:w="792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800E655" w14:textId="77777777" w:rsidR="00350988" w:rsidRDefault="00000000">
            <w:pPr>
              <w:jc w:val="center"/>
            </w:pPr>
            <w:r>
              <w:rPr>
                <w:sz w:val="14"/>
              </w:rPr>
              <w:t>10–11</w:t>
            </w:r>
          </w:p>
        </w:tc>
        <w:tc>
          <w:tcPr>
            <w:tcW w:w="1008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591179B" w14:textId="77777777" w:rsidR="00350988" w:rsidRDefault="00000000">
            <w:pPr>
              <w:jc w:val="center"/>
            </w:pPr>
            <w:r>
              <w:rPr>
                <w:sz w:val="14"/>
              </w:rPr>
              <w:t>II по проекту</w:t>
            </w:r>
          </w:p>
        </w:tc>
        <w:tc>
          <w:tcPr>
            <w:tcW w:w="144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A436F25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944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80BD67A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92FDFB6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65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CA61757" w14:textId="77777777" w:rsidR="00EE598B" w:rsidRDefault="00000000">
            <w:r>
              <w:rPr>
                <w:color w:val="005288"/>
                <w:sz w:val="13"/>
              </w:rPr>
              <w:t>https://olymp-online.mipt.ru/</w:t>
            </w:r>
          </w:p>
        </w:tc>
      </w:tr>
      <w:tr w:rsidR="00350988" w14:paraId="612AB97A" w14:textId="77777777">
        <w:trPr>
          <w:cantSplit/>
          <w:jc w:val="center"/>
        </w:trPr>
        <w:tc>
          <w:tcPr>
            <w:tcW w:w="237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53DC342" w14:textId="77777777" w:rsidR="00350988" w:rsidRDefault="00000000">
            <w:r>
              <w:rPr>
                <w:b/>
                <w:color w:val="005288"/>
                <w:sz w:val="14"/>
              </w:rPr>
              <w:t>«Росатом» — математика</w:t>
            </w:r>
          </w:p>
        </w:tc>
        <w:tc>
          <w:tcPr>
            <w:tcW w:w="1944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D78A2D3" w14:textId="77777777" w:rsidR="00350988" w:rsidRDefault="00000000">
            <w:r>
              <w:rPr>
                <w:sz w:val="14"/>
              </w:rPr>
              <w:t>НИЯУ МИФИ и партнёры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80B6F8F" w14:textId="77777777" w:rsidR="00350988" w:rsidRDefault="00000000">
            <w:r>
              <w:rPr>
                <w:sz w:val="14"/>
              </w:rPr>
              <w:t>Математика</w:t>
            </w:r>
          </w:p>
        </w:tc>
        <w:tc>
          <w:tcPr>
            <w:tcW w:w="792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9C3CB44" w14:textId="77777777" w:rsidR="00350988" w:rsidRDefault="00000000">
            <w:pPr>
              <w:jc w:val="center"/>
            </w:pPr>
            <w:r>
              <w:rPr>
                <w:sz w:val="14"/>
              </w:rPr>
              <w:t>10–11</w:t>
            </w:r>
          </w:p>
        </w:tc>
        <w:tc>
          <w:tcPr>
            <w:tcW w:w="1008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759D589" w14:textId="77777777" w:rsidR="00350988" w:rsidRDefault="00000000">
            <w:pPr>
              <w:jc w:val="center"/>
            </w:pPr>
            <w:r>
              <w:rPr>
                <w:sz w:val="14"/>
              </w:rPr>
              <w:t>II</w:t>
            </w:r>
          </w:p>
        </w:tc>
        <w:tc>
          <w:tcPr>
            <w:tcW w:w="144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C619679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944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6D69883" w14:textId="77777777" w:rsidR="00350988" w:rsidRDefault="00000000">
            <w:r>
              <w:rPr>
                <w:sz w:val="14"/>
              </w:rPr>
              <w:t>ориентир: ноябрь–декабрь 2026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1A5E3D6" w14:textId="77777777" w:rsidR="00350988" w:rsidRDefault="00000000">
            <w:r>
              <w:rPr>
                <w:sz w:val="14"/>
              </w:rPr>
              <w:t>ориентир: февраль 2027</w:t>
            </w:r>
          </w:p>
        </w:tc>
        <w:tc>
          <w:tcPr>
            <w:tcW w:w="165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4224129" w14:textId="77777777" w:rsidR="00EE598B" w:rsidRDefault="00000000">
            <w:r>
              <w:rPr>
                <w:color w:val="005288"/>
                <w:sz w:val="13"/>
              </w:rPr>
              <w:t>https://olymp.mephi.ru/rosatom/</w:t>
            </w:r>
          </w:p>
        </w:tc>
      </w:tr>
      <w:tr w:rsidR="00350988" w14:paraId="4D92B6BE" w14:textId="77777777">
        <w:trPr>
          <w:cantSplit/>
          <w:jc w:val="center"/>
        </w:trPr>
        <w:tc>
          <w:tcPr>
            <w:tcW w:w="237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F1A79A0" w14:textId="77777777" w:rsidR="00350988" w:rsidRDefault="00000000">
            <w:r>
              <w:rPr>
                <w:b/>
                <w:color w:val="005288"/>
                <w:sz w:val="14"/>
              </w:rPr>
              <w:t>«Росатом» — физика</w:t>
            </w:r>
          </w:p>
        </w:tc>
        <w:tc>
          <w:tcPr>
            <w:tcW w:w="1944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5B8D613" w14:textId="77777777" w:rsidR="00350988" w:rsidRDefault="00000000">
            <w:r>
              <w:rPr>
                <w:sz w:val="14"/>
              </w:rPr>
              <w:t>НИЯУ МИФИ и партнёры</w:t>
            </w:r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EF986C5" w14:textId="77777777" w:rsidR="00350988" w:rsidRDefault="00000000">
            <w:r>
              <w:rPr>
                <w:sz w:val="14"/>
              </w:rPr>
              <w:t>Физика</w:t>
            </w:r>
          </w:p>
        </w:tc>
        <w:tc>
          <w:tcPr>
            <w:tcW w:w="792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5B414BF" w14:textId="77777777" w:rsidR="00350988" w:rsidRDefault="00000000">
            <w:pPr>
              <w:jc w:val="center"/>
            </w:pPr>
            <w:r>
              <w:rPr>
                <w:sz w:val="14"/>
              </w:rPr>
              <w:t>10–11</w:t>
            </w:r>
          </w:p>
        </w:tc>
        <w:tc>
          <w:tcPr>
            <w:tcW w:w="1008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88CD3C7" w14:textId="77777777" w:rsidR="00350988" w:rsidRDefault="00000000">
            <w:pPr>
              <w:jc w:val="center"/>
            </w:pPr>
            <w:r>
              <w:rPr>
                <w:sz w:val="14"/>
              </w:rPr>
              <w:t>I</w:t>
            </w:r>
          </w:p>
        </w:tc>
        <w:tc>
          <w:tcPr>
            <w:tcW w:w="144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DA564D1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944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D197293" w14:textId="77777777" w:rsidR="00350988" w:rsidRDefault="00000000">
            <w:r>
              <w:rPr>
                <w:sz w:val="14"/>
              </w:rPr>
              <w:t>ориентир: ноябрь–декабрь 2026</w:t>
            </w:r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44D6AA3" w14:textId="77777777" w:rsidR="00350988" w:rsidRDefault="00000000">
            <w:r>
              <w:rPr>
                <w:sz w:val="14"/>
              </w:rPr>
              <w:t>ориентир: февраль 2027</w:t>
            </w:r>
          </w:p>
        </w:tc>
        <w:tc>
          <w:tcPr>
            <w:tcW w:w="165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900C503" w14:textId="77777777" w:rsidR="00EE598B" w:rsidRDefault="00000000">
            <w:r>
              <w:rPr>
                <w:color w:val="005288"/>
                <w:sz w:val="13"/>
              </w:rPr>
              <w:t>https://olymp.mephi.ru/rosatom/</w:t>
            </w:r>
          </w:p>
        </w:tc>
      </w:tr>
      <w:tr w:rsidR="00350988" w14:paraId="67F2653D" w14:textId="77777777">
        <w:trPr>
          <w:cantSplit/>
          <w:jc w:val="center"/>
        </w:trPr>
        <w:tc>
          <w:tcPr>
            <w:tcW w:w="237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07968C6" w14:textId="77777777" w:rsidR="00350988" w:rsidRDefault="00000000">
            <w:r>
              <w:rPr>
                <w:b/>
                <w:color w:val="005288"/>
                <w:sz w:val="14"/>
              </w:rPr>
              <w:t>«Ломоносов» — математика</w:t>
            </w:r>
          </w:p>
        </w:tc>
        <w:tc>
          <w:tcPr>
            <w:tcW w:w="1944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CB52DED" w14:textId="77777777" w:rsidR="00350988" w:rsidRDefault="00000000">
            <w:r>
              <w:rPr>
                <w:sz w:val="14"/>
              </w:rPr>
              <w:t>МГУ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DAFA733" w14:textId="77777777" w:rsidR="00350988" w:rsidRDefault="00000000">
            <w:r>
              <w:rPr>
                <w:sz w:val="14"/>
              </w:rPr>
              <w:t>Математика</w:t>
            </w:r>
          </w:p>
        </w:tc>
        <w:tc>
          <w:tcPr>
            <w:tcW w:w="792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6AE4206" w14:textId="77777777" w:rsidR="00350988" w:rsidRDefault="00000000">
            <w:pPr>
              <w:jc w:val="center"/>
            </w:pPr>
            <w:r>
              <w:rPr>
                <w:sz w:val="14"/>
              </w:rPr>
              <w:t>10–11</w:t>
            </w:r>
          </w:p>
        </w:tc>
        <w:tc>
          <w:tcPr>
            <w:tcW w:w="1008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6278245" w14:textId="77777777" w:rsidR="00350988" w:rsidRDefault="00000000">
            <w:pPr>
              <w:jc w:val="center"/>
            </w:pPr>
            <w:r>
              <w:rPr>
                <w:sz w:val="14"/>
              </w:rPr>
              <w:t>I</w:t>
            </w:r>
          </w:p>
        </w:tc>
        <w:tc>
          <w:tcPr>
            <w:tcW w:w="144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4BD83B6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944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5728D25" w14:textId="77777777" w:rsidR="00350988" w:rsidRDefault="00000000">
            <w:r>
              <w:rPr>
                <w:sz w:val="14"/>
              </w:rPr>
              <w:t>ориентир: ноябрь–декабрь 2026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69DAED7" w14:textId="77777777" w:rsidR="00350988" w:rsidRDefault="00000000">
            <w:r>
              <w:rPr>
                <w:sz w:val="14"/>
              </w:rPr>
              <w:t>ориентир: март 2027</w:t>
            </w:r>
          </w:p>
        </w:tc>
        <w:tc>
          <w:tcPr>
            <w:tcW w:w="165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A49453E" w14:textId="77777777" w:rsidR="00EE598B" w:rsidRDefault="00000000">
            <w:r>
              <w:rPr>
                <w:color w:val="005288"/>
                <w:sz w:val="13"/>
              </w:rPr>
              <w:t>https://olymp.msu.ru/</w:t>
            </w:r>
          </w:p>
        </w:tc>
      </w:tr>
      <w:tr w:rsidR="00350988" w14:paraId="32BD38DC" w14:textId="77777777">
        <w:trPr>
          <w:cantSplit/>
          <w:jc w:val="center"/>
        </w:trPr>
        <w:tc>
          <w:tcPr>
            <w:tcW w:w="237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922CFF7" w14:textId="77777777" w:rsidR="00350988" w:rsidRDefault="00000000">
            <w:r>
              <w:rPr>
                <w:b/>
                <w:color w:val="005288"/>
                <w:sz w:val="14"/>
              </w:rPr>
              <w:t>«Ломоносов» — физика</w:t>
            </w:r>
          </w:p>
        </w:tc>
        <w:tc>
          <w:tcPr>
            <w:tcW w:w="1944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7912BC5" w14:textId="77777777" w:rsidR="00350988" w:rsidRDefault="00000000">
            <w:r>
              <w:rPr>
                <w:sz w:val="14"/>
              </w:rPr>
              <w:t>МГУ</w:t>
            </w:r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748F3C5" w14:textId="77777777" w:rsidR="00350988" w:rsidRDefault="00000000">
            <w:r>
              <w:rPr>
                <w:sz w:val="14"/>
              </w:rPr>
              <w:t>Физика</w:t>
            </w:r>
          </w:p>
        </w:tc>
        <w:tc>
          <w:tcPr>
            <w:tcW w:w="792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4BC7FD2" w14:textId="77777777" w:rsidR="00350988" w:rsidRDefault="00000000">
            <w:pPr>
              <w:jc w:val="center"/>
            </w:pPr>
            <w:r>
              <w:rPr>
                <w:sz w:val="14"/>
              </w:rPr>
              <w:t>10–11</w:t>
            </w:r>
          </w:p>
        </w:tc>
        <w:tc>
          <w:tcPr>
            <w:tcW w:w="1008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E80580F" w14:textId="77777777" w:rsidR="00350988" w:rsidRDefault="00000000">
            <w:pPr>
              <w:jc w:val="center"/>
            </w:pPr>
            <w:r>
              <w:rPr>
                <w:sz w:val="14"/>
              </w:rPr>
              <w:t>I</w:t>
            </w:r>
          </w:p>
        </w:tc>
        <w:tc>
          <w:tcPr>
            <w:tcW w:w="144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CBEF6D7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944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5106336" w14:textId="77777777" w:rsidR="00350988" w:rsidRDefault="00000000">
            <w:r>
              <w:rPr>
                <w:sz w:val="14"/>
              </w:rPr>
              <w:t>ориентир: ноябрь 2026</w:t>
            </w:r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0BABE92" w14:textId="77777777" w:rsidR="00350988" w:rsidRDefault="00000000">
            <w:r>
              <w:rPr>
                <w:sz w:val="14"/>
              </w:rPr>
              <w:t>ориентир: февраль 2027</w:t>
            </w:r>
          </w:p>
        </w:tc>
        <w:tc>
          <w:tcPr>
            <w:tcW w:w="165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72DCA77" w14:textId="77777777" w:rsidR="00EE598B" w:rsidRDefault="00000000">
            <w:r>
              <w:rPr>
                <w:color w:val="005288"/>
                <w:sz w:val="13"/>
              </w:rPr>
              <w:t>https://olymp.msu.ru/</w:t>
            </w:r>
          </w:p>
        </w:tc>
      </w:tr>
      <w:tr w:rsidR="00350988" w14:paraId="3B4C986F" w14:textId="77777777">
        <w:trPr>
          <w:cantSplit/>
          <w:jc w:val="center"/>
        </w:trPr>
        <w:tc>
          <w:tcPr>
            <w:tcW w:w="237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03B0CB1" w14:textId="77777777" w:rsidR="00350988" w:rsidRDefault="00000000">
            <w:r>
              <w:rPr>
                <w:b/>
                <w:color w:val="005288"/>
                <w:sz w:val="14"/>
              </w:rPr>
              <w:t>«Ломоносов» — информатика</w:t>
            </w:r>
          </w:p>
        </w:tc>
        <w:tc>
          <w:tcPr>
            <w:tcW w:w="1944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462A1B1" w14:textId="77777777" w:rsidR="00350988" w:rsidRDefault="00000000">
            <w:r>
              <w:rPr>
                <w:sz w:val="14"/>
              </w:rPr>
              <w:t>МГУ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6E1D067" w14:textId="77777777" w:rsidR="00350988" w:rsidRDefault="00000000">
            <w:r>
              <w:rPr>
                <w:sz w:val="14"/>
              </w:rPr>
              <w:t>Информатика</w:t>
            </w:r>
          </w:p>
        </w:tc>
        <w:tc>
          <w:tcPr>
            <w:tcW w:w="792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004D5BC" w14:textId="77777777" w:rsidR="00350988" w:rsidRDefault="00000000">
            <w:pPr>
              <w:jc w:val="center"/>
            </w:pPr>
            <w:r>
              <w:rPr>
                <w:sz w:val="14"/>
              </w:rPr>
              <w:t>10–11</w:t>
            </w:r>
          </w:p>
        </w:tc>
        <w:tc>
          <w:tcPr>
            <w:tcW w:w="1008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48870BB" w14:textId="77777777" w:rsidR="00350988" w:rsidRDefault="00000000">
            <w:pPr>
              <w:jc w:val="center"/>
            </w:pPr>
            <w:r>
              <w:rPr>
                <w:sz w:val="14"/>
              </w:rPr>
              <w:t>уточняется</w:t>
            </w:r>
          </w:p>
        </w:tc>
        <w:tc>
          <w:tcPr>
            <w:tcW w:w="144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1596AD5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944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E64505B" w14:textId="77777777" w:rsidR="00350988" w:rsidRDefault="00000000">
            <w:r>
              <w:rPr>
                <w:sz w:val="14"/>
              </w:rPr>
              <w:t>ориентир: ноябрь 2026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96BB13E" w14:textId="77777777" w:rsidR="00350988" w:rsidRDefault="00000000">
            <w:r>
              <w:rPr>
                <w:sz w:val="14"/>
              </w:rPr>
              <w:t>ориентир: март 2027</w:t>
            </w:r>
          </w:p>
        </w:tc>
        <w:tc>
          <w:tcPr>
            <w:tcW w:w="165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37B4681" w14:textId="77777777" w:rsidR="00EE598B" w:rsidRDefault="00000000">
            <w:r>
              <w:rPr>
                <w:color w:val="005288"/>
                <w:sz w:val="13"/>
              </w:rPr>
              <w:t>https://olymp.msu.ru/</w:t>
            </w:r>
          </w:p>
        </w:tc>
      </w:tr>
      <w:tr w:rsidR="00350988" w14:paraId="643F9B50" w14:textId="77777777">
        <w:trPr>
          <w:cantSplit/>
          <w:jc w:val="center"/>
        </w:trPr>
        <w:tc>
          <w:tcPr>
            <w:tcW w:w="237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4809E70" w14:textId="77777777" w:rsidR="00350988" w:rsidRDefault="00000000">
            <w:r>
              <w:rPr>
                <w:b/>
                <w:color w:val="005288"/>
                <w:sz w:val="14"/>
              </w:rPr>
              <w:t>Олимпиада школьников СПбГУ</w:t>
            </w:r>
          </w:p>
        </w:tc>
        <w:tc>
          <w:tcPr>
            <w:tcW w:w="1944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54AE66F" w14:textId="77777777" w:rsidR="00350988" w:rsidRDefault="00000000">
            <w:r>
              <w:rPr>
                <w:sz w:val="14"/>
              </w:rPr>
              <w:t>СПбГУ</w:t>
            </w:r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5770F8F" w14:textId="77777777" w:rsidR="00350988" w:rsidRPr="00975027" w:rsidRDefault="00000000">
            <w:pPr>
              <w:rPr>
                <w:lang w:val="ru-RU"/>
              </w:rPr>
            </w:pPr>
            <w:r w:rsidRPr="00975027">
              <w:rPr>
                <w:sz w:val="14"/>
                <w:lang w:val="ru-RU"/>
              </w:rPr>
              <w:t>Математика, физика, информатика и др.</w:t>
            </w:r>
          </w:p>
        </w:tc>
        <w:tc>
          <w:tcPr>
            <w:tcW w:w="792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39CB59F" w14:textId="77777777" w:rsidR="00350988" w:rsidRDefault="00000000">
            <w:pPr>
              <w:jc w:val="center"/>
            </w:pPr>
            <w:r>
              <w:rPr>
                <w:sz w:val="14"/>
              </w:rPr>
              <w:t>10–11</w:t>
            </w:r>
          </w:p>
        </w:tc>
        <w:tc>
          <w:tcPr>
            <w:tcW w:w="1008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DF051FB" w14:textId="77777777" w:rsidR="00350988" w:rsidRDefault="00000000">
            <w:pPr>
              <w:jc w:val="center"/>
            </w:pPr>
            <w:r>
              <w:rPr>
                <w:sz w:val="14"/>
              </w:rPr>
              <w:t>по профилю</w:t>
            </w:r>
          </w:p>
        </w:tc>
        <w:tc>
          <w:tcPr>
            <w:tcW w:w="144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785CD05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944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317138E" w14:textId="77777777" w:rsidR="00350988" w:rsidRDefault="00000000">
            <w:r>
              <w:rPr>
                <w:sz w:val="14"/>
              </w:rPr>
              <w:t>ориентир: осень–зима 2026</w:t>
            </w:r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7560727" w14:textId="77777777" w:rsidR="00350988" w:rsidRDefault="00000000">
            <w:r>
              <w:rPr>
                <w:sz w:val="14"/>
              </w:rPr>
              <w:t>ориентир: февраль–март 2027</w:t>
            </w:r>
          </w:p>
        </w:tc>
        <w:tc>
          <w:tcPr>
            <w:tcW w:w="165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A5D3177" w14:textId="77777777" w:rsidR="00EE598B" w:rsidRDefault="00000000">
            <w:r>
              <w:rPr>
                <w:color w:val="005288"/>
                <w:sz w:val="13"/>
              </w:rPr>
              <w:t>https://olympiada.spbu.ru/</w:t>
            </w:r>
          </w:p>
        </w:tc>
      </w:tr>
      <w:tr w:rsidR="00350988" w14:paraId="3546A9FC" w14:textId="77777777">
        <w:trPr>
          <w:cantSplit/>
          <w:jc w:val="center"/>
        </w:trPr>
        <w:tc>
          <w:tcPr>
            <w:tcW w:w="237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7363A47" w14:textId="77777777" w:rsidR="00350988" w:rsidRDefault="00000000">
            <w:r>
              <w:rPr>
                <w:b/>
                <w:color w:val="005288"/>
                <w:sz w:val="14"/>
              </w:rPr>
              <w:t>«Шаг в будущее» — математика</w:t>
            </w:r>
          </w:p>
        </w:tc>
        <w:tc>
          <w:tcPr>
            <w:tcW w:w="1944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666BD69" w14:textId="77777777" w:rsidR="00350988" w:rsidRPr="00975027" w:rsidRDefault="00000000">
            <w:pPr>
              <w:rPr>
                <w:lang w:val="ru-RU"/>
              </w:rPr>
            </w:pPr>
            <w:r w:rsidRPr="00975027">
              <w:rPr>
                <w:sz w:val="14"/>
                <w:lang w:val="ru-RU"/>
              </w:rPr>
              <w:t>МГТУ им. Н.Э. Баумана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E7D5CA7" w14:textId="77777777" w:rsidR="00350988" w:rsidRDefault="00000000">
            <w:proofErr w:type="spellStart"/>
            <w:r>
              <w:rPr>
                <w:sz w:val="14"/>
              </w:rPr>
              <w:t>Математика</w:t>
            </w:r>
            <w:proofErr w:type="spellEnd"/>
          </w:p>
        </w:tc>
        <w:tc>
          <w:tcPr>
            <w:tcW w:w="792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A586816" w14:textId="77777777" w:rsidR="00350988" w:rsidRDefault="00000000">
            <w:pPr>
              <w:jc w:val="center"/>
            </w:pPr>
            <w:r>
              <w:rPr>
                <w:sz w:val="14"/>
              </w:rPr>
              <w:t>10–11</w:t>
            </w:r>
          </w:p>
        </w:tc>
        <w:tc>
          <w:tcPr>
            <w:tcW w:w="1008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C9DB94E" w14:textId="77777777" w:rsidR="00350988" w:rsidRDefault="00000000">
            <w:pPr>
              <w:jc w:val="center"/>
            </w:pPr>
            <w:r>
              <w:rPr>
                <w:sz w:val="14"/>
              </w:rPr>
              <w:t>III по проекту</w:t>
            </w:r>
          </w:p>
        </w:tc>
        <w:tc>
          <w:tcPr>
            <w:tcW w:w="144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9DAD0B5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944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A8594D4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1AB8A7E" w14:textId="77777777" w:rsidR="00350988" w:rsidRDefault="00000000">
            <w:r>
              <w:rPr>
                <w:sz w:val="14"/>
              </w:rPr>
              <w:t>ориентир: февраль–март 2027</w:t>
            </w:r>
          </w:p>
        </w:tc>
        <w:tc>
          <w:tcPr>
            <w:tcW w:w="165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CECD8D1" w14:textId="77777777" w:rsidR="00EE598B" w:rsidRDefault="00000000">
            <w:r>
              <w:rPr>
                <w:color w:val="005288"/>
                <w:sz w:val="13"/>
              </w:rPr>
              <w:t>https://olymp.bmstu.ru/</w:t>
            </w:r>
          </w:p>
        </w:tc>
      </w:tr>
      <w:tr w:rsidR="00350988" w14:paraId="58B6351B" w14:textId="77777777">
        <w:trPr>
          <w:cantSplit/>
          <w:jc w:val="center"/>
        </w:trPr>
        <w:tc>
          <w:tcPr>
            <w:tcW w:w="237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2F3FD23" w14:textId="77777777" w:rsidR="00350988" w:rsidRDefault="00000000">
            <w:r>
              <w:rPr>
                <w:b/>
                <w:color w:val="005288"/>
                <w:sz w:val="14"/>
              </w:rPr>
              <w:lastRenderedPageBreak/>
              <w:t>«Шаг в будущее» — физика</w:t>
            </w:r>
          </w:p>
        </w:tc>
        <w:tc>
          <w:tcPr>
            <w:tcW w:w="1944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5432AB1" w14:textId="77777777" w:rsidR="00350988" w:rsidRPr="00975027" w:rsidRDefault="00000000">
            <w:pPr>
              <w:rPr>
                <w:lang w:val="ru-RU"/>
              </w:rPr>
            </w:pPr>
            <w:r w:rsidRPr="00975027">
              <w:rPr>
                <w:sz w:val="14"/>
                <w:lang w:val="ru-RU"/>
              </w:rPr>
              <w:t>МГТУ им. Н.Э. Баумана</w:t>
            </w:r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CC98F42" w14:textId="77777777" w:rsidR="00350988" w:rsidRDefault="00000000">
            <w:proofErr w:type="spellStart"/>
            <w:r>
              <w:rPr>
                <w:sz w:val="14"/>
              </w:rPr>
              <w:t>Физика</w:t>
            </w:r>
            <w:proofErr w:type="spellEnd"/>
          </w:p>
        </w:tc>
        <w:tc>
          <w:tcPr>
            <w:tcW w:w="792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B89B156" w14:textId="77777777" w:rsidR="00350988" w:rsidRDefault="00000000">
            <w:pPr>
              <w:jc w:val="center"/>
            </w:pPr>
            <w:r>
              <w:rPr>
                <w:sz w:val="14"/>
              </w:rPr>
              <w:t>10–11</w:t>
            </w:r>
          </w:p>
        </w:tc>
        <w:tc>
          <w:tcPr>
            <w:tcW w:w="1008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C6532B2" w14:textId="77777777" w:rsidR="00350988" w:rsidRDefault="00000000">
            <w:pPr>
              <w:jc w:val="center"/>
            </w:pPr>
            <w:r>
              <w:rPr>
                <w:sz w:val="14"/>
              </w:rPr>
              <w:t>II по проекту</w:t>
            </w:r>
          </w:p>
        </w:tc>
        <w:tc>
          <w:tcPr>
            <w:tcW w:w="144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1569347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944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15D08F9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92E0DCE" w14:textId="77777777" w:rsidR="00350988" w:rsidRDefault="00000000">
            <w:r>
              <w:rPr>
                <w:sz w:val="14"/>
              </w:rPr>
              <w:t>ориентир: февраль–март 2027</w:t>
            </w:r>
          </w:p>
        </w:tc>
        <w:tc>
          <w:tcPr>
            <w:tcW w:w="165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6D4470A" w14:textId="77777777" w:rsidR="00EE598B" w:rsidRDefault="00000000">
            <w:r>
              <w:rPr>
                <w:color w:val="005288"/>
                <w:sz w:val="13"/>
              </w:rPr>
              <w:t>https://olymp.bmstu.ru/</w:t>
            </w:r>
          </w:p>
        </w:tc>
      </w:tr>
      <w:tr w:rsidR="00350988" w14:paraId="0005D780" w14:textId="77777777">
        <w:trPr>
          <w:cantSplit/>
          <w:jc w:val="center"/>
        </w:trPr>
        <w:tc>
          <w:tcPr>
            <w:tcW w:w="237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1202AEB" w14:textId="77777777" w:rsidR="00350988" w:rsidRDefault="00000000">
            <w:r>
              <w:rPr>
                <w:b/>
                <w:color w:val="005288"/>
                <w:sz w:val="14"/>
              </w:rPr>
              <w:t>«Шаг в будущее» — информатика</w:t>
            </w:r>
          </w:p>
        </w:tc>
        <w:tc>
          <w:tcPr>
            <w:tcW w:w="1944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A1B589B" w14:textId="77777777" w:rsidR="00350988" w:rsidRPr="00975027" w:rsidRDefault="00000000">
            <w:pPr>
              <w:rPr>
                <w:lang w:val="ru-RU"/>
              </w:rPr>
            </w:pPr>
            <w:r w:rsidRPr="00975027">
              <w:rPr>
                <w:sz w:val="14"/>
                <w:lang w:val="ru-RU"/>
              </w:rPr>
              <w:t>МГТУ им. Н.Э. Баумана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62306F9" w14:textId="77777777" w:rsidR="00350988" w:rsidRDefault="00000000">
            <w:proofErr w:type="spellStart"/>
            <w:r>
              <w:rPr>
                <w:sz w:val="14"/>
              </w:rPr>
              <w:t>Информатика</w:t>
            </w:r>
            <w:proofErr w:type="spellEnd"/>
          </w:p>
        </w:tc>
        <w:tc>
          <w:tcPr>
            <w:tcW w:w="792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8CF8867" w14:textId="77777777" w:rsidR="00350988" w:rsidRDefault="00000000">
            <w:pPr>
              <w:jc w:val="center"/>
            </w:pPr>
            <w:r>
              <w:rPr>
                <w:sz w:val="14"/>
              </w:rPr>
              <w:t>10–11</w:t>
            </w:r>
          </w:p>
        </w:tc>
        <w:tc>
          <w:tcPr>
            <w:tcW w:w="1008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CB09A55" w14:textId="77777777" w:rsidR="00350988" w:rsidRDefault="00000000">
            <w:pPr>
              <w:jc w:val="center"/>
            </w:pPr>
            <w:r>
              <w:rPr>
                <w:sz w:val="14"/>
              </w:rPr>
              <w:t>III по проекту</w:t>
            </w:r>
          </w:p>
        </w:tc>
        <w:tc>
          <w:tcPr>
            <w:tcW w:w="144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E1D6A38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944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980E126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04A63EA" w14:textId="77777777" w:rsidR="00350988" w:rsidRDefault="00000000">
            <w:r>
              <w:rPr>
                <w:sz w:val="14"/>
              </w:rPr>
              <w:t>ориентир: февраль–март 2027</w:t>
            </w:r>
          </w:p>
        </w:tc>
        <w:tc>
          <w:tcPr>
            <w:tcW w:w="165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0E8049E" w14:textId="77777777" w:rsidR="00EE598B" w:rsidRDefault="00000000">
            <w:r>
              <w:rPr>
                <w:color w:val="005288"/>
                <w:sz w:val="13"/>
              </w:rPr>
              <w:t>https://olymp.bmstu.ru/</w:t>
            </w:r>
          </w:p>
        </w:tc>
      </w:tr>
      <w:tr w:rsidR="00350988" w14:paraId="4D95C9C7" w14:textId="77777777">
        <w:trPr>
          <w:cantSplit/>
          <w:jc w:val="center"/>
        </w:trPr>
        <w:tc>
          <w:tcPr>
            <w:tcW w:w="237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B290284" w14:textId="77777777" w:rsidR="00350988" w:rsidRPr="00975027" w:rsidRDefault="00000000">
            <w:pPr>
              <w:rPr>
                <w:lang w:val="ru-RU"/>
              </w:rPr>
            </w:pPr>
            <w:r w:rsidRPr="00975027">
              <w:rPr>
                <w:b/>
                <w:color w:val="005288"/>
                <w:sz w:val="14"/>
                <w:lang w:val="ru-RU"/>
              </w:rPr>
              <w:t>«Шаг в будущее» — инженерное дело</w:t>
            </w:r>
          </w:p>
        </w:tc>
        <w:tc>
          <w:tcPr>
            <w:tcW w:w="1944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F528AEC" w14:textId="77777777" w:rsidR="00350988" w:rsidRPr="00975027" w:rsidRDefault="00000000">
            <w:pPr>
              <w:rPr>
                <w:lang w:val="ru-RU"/>
              </w:rPr>
            </w:pPr>
            <w:r w:rsidRPr="00975027">
              <w:rPr>
                <w:sz w:val="14"/>
                <w:lang w:val="ru-RU"/>
              </w:rPr>
              <w:t>МГТУ им. Н.Э. Баумана</w:t>
            </w:r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CA86902" w14:textId="77777777" w:rsidR="00350988" w:rsidRDefault="00000000">
            <w:proofErr w:type="spellStart"/>
            <w:r>
              <w:rPr>
                <w:sz w:val="14"/>
              </w:rPr>
              <w:t>Инженерия</w:t>
            </w:r>
            <w:proofErr w:type="spellEnd"/>
            <w:r>
              <w:rPr>
                <w:sz w:val="14"/>
              </w:rPr>
              <w:t xml:space="preserve"> / ИБ</w:t>
            </w:r>
          </w:p>
        </w:tc>
        <w:tc>
          <w:tcPr>
            <w:tcW w:w="792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3D15381" w14:textId="77777777" w:rsidR="00350988" w:rsidRDefault="00000000">
            <w:pPr>
              <w:jc w:val="center"/>
            </w:pPr>
            <w:r>
              <w:rPr>
                <w:sz w:val="14"/>
              </w:rPr>
              <w:t>10–11</w:t>
            </w:r>
          </w:p>
        </w:tc>
        <w:tc>
          <w:tcPr>
            <w:tcW w:w="1008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07D7DA4" w14:textId="77777777" w:rsidR="00350988" w:rsidRDefault="00000000">
            <w:pPr>
              <w:jc w:val="center"/>
            </w:pPr>
            <w:r>
              <w:rPr>
                <w:sz w:val="14"/>
              </w:rPr>
              <w:t>II по проекту</w:t>
            </w:r>
          </w:p>
        </w:tc>
        <w:tc>
          <w:tcPr>
            <w:tcW w:w="144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949C722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944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E6932EE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4D38430" w14:textId="77777777" w:rsidR="00350988" w:rsidRDefault="00000000">
            <w:r>
              <w:rPr>
                <w:sz w:val="14"/>
              </w:rPr>
              <w:t>ориентир: февраль–март 2027</w:t>
            </w:r>
          </w:p>
        </w:tc>
        <w:tc>
          <w:tcPr>
            <w:tcW w:w="165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1831A53" w14:textId="77777777" w:rsidR="00EE598B" w:rsidRDefault="00000000">
            <w:r>
              <w:rPr>
                <w:color w:val="005288"/>
                <w:sz w:val="13"/>
              </w:rPr>
              <w:t>https://olymp.bmstu.ru/</w:t>
            </w:r>
          </w:p>
        </w:tc>
      </w:tr>
      <w:tr w:rsidR="00350988" w14:paraId="58ABE61A" w14:textId="77777777">
        <w:trPr>
          <w:cantSplit/>
          <w:jc w:val="center"/>
        </w:trPr>
        <w:tc>
          <w:tcPr>
            <w:tcW w:w="237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66AB93A" w14:textId="77777777" w:rsidR="00350988" w:rsidRDefault="00000000">
            <w:r>
              <w:rPr>
                <w:b/>
                <w:color w:val="005288"/>
                <w:sz w:val="14"/>
              </w:rPr>
              <w:t>«ТехноКубок»</w:t>
            </w:r>
          </w:p>
        </w:tc>
        <w:tc>
          <w:tcPr>
            <w:tcW w:w="1944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750A90E" w14:textId="77777777" w:rsidR="00350988" w:rsidRPr="00975027" w:rsidRDefault="00000000">
            <w:pPr>
              <w:rPr>
                <w:lang w:val="ru-RU"/>
              </w:rPr>
            </w:pPr>
            <w:r w:rsidRPr="00975027">
              <w:rPr>
                <w:sz w:val="14"/>
                <w:lang w:val="ru-RU"/>
              </w:rPr>
              <w:t xml:space="preserve">МФТИ, МГТУ им. Баумана, </w:t>
            </w:r>
            <w:r>
              <w:rPr>
                <w:sz w:val="14"/>
              </w:rPr>
              <w:t>VK</w:t>
            </w:r>
            <w:r w:rsidRPr="00975027">
              <w:rPr>
                <w:sz w:val="14"/>
                <w:lang w:val="ru-RU"/>
              </w:rPr>
              <w:t xml:space="preserve"> и партнёры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C7266C2" w14:textId="77777777" w:rsidR="00350988" w:rsidRDefault="00000000">
            <w:proofErr w:type="spellStart"/>
            <w:r>
              <w:rPr>
                <w:sz w:val="14"/>
              </w:rPr>
              <w:t>Программирование</w:t>
            </w:r>
            <w:proofErr w:type="spellEnd"/>
          </w:p>
        </w:tc>
        <w:tc>
          <w:tcPr>
            <w:tcW w:w="792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BDD172A" w14:textId="77777777" w:rsidR="00350988" w:rsidRDefault="00000000">
            <w:pPr>
              <w:jc w:val="center"/>
            </w:pPr>
            <w:r>
              <w:rPr>
                <w:sz w:val="14"/>
              </w:rPr>
              <w:t>10–11</w:t>
            </w:r>
          </w:p>
        </w:tc>
        <w:tc>
          <w:tcPr>
            <w:tcW w:w="1008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BCE754E" w14:textId="77777777" w:rsidR="00350988" w:rsidRDefault="00000000">
            <w:pPr>
              <w:jc w:val="center"/>
            </w:pPr>
            <w:r>
              <w:rPr>
                <w:sz w:val="14"/>
              </w:rPr>
              <w:t>I по проекту</w:t>
            </w:r>
          </w:p>
        </w:tc>
        <w:tc>
          <w:tcPr>
            <w:tcW w:w="144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A772361" w14:textId="77777777" w:rsidR="00350988" w:rsidRDefault="00000000">
            <w:r>
              <w:rPr>
                <w:sz w:val="14"/>
              </w:rPr>
              <w:t>открыта; дедлайн уточняется</w:t>
            </w:r>
          </w:p>
        </w:tc>
        <w:tc>
          <w:tcPr>
            <w:tcW w:w="1944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7950567" w14:textId="77777777" w:rsidR="00350988" w:rsidRPr="00975027" w:rsidRDefault="00000000">
            <w:pPr>
              <w:rPr>
                <w:lang w:val="ru-RU"/>
              </w:rPr>
            </w:pPr>
            <w:r>
              <w:rPr>
                <w:sz w:val="14"/>
                <w:lang w:val="ru-RU"/>
              </w:rPr>
              <w:t>сроки сезона 2026/27 уточняются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AFCE6A1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65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328A0C1" w14:textId="77777777" w:rsidR="00EE598B" w:rsidRDefault="00000000">
            <w:r>
              <w:rPr>
                <w:color w:val="005288"/>
                <w:sz w:val="13"/>
              </w:rPr>
              <w:t>https://techno-cup.ru/</w:t>
            </w:r>
          </w:p>
        </w:tc>
      </w:tr>
      <w:tr w:rsidR="00350988" w14:paraId="6822E65C" w14:textId="77777777">
        <w:trPr>
          <w:cantSplit/>
          <w:jc w:val="center"/>
        </w:trPr>
        <w:tc>
          <w:tcPr>
            <w:tcW w:w="237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5A7530E" w14:textId="77777777" w:rsidR="00350988" w:rsidRPr="00975027" w:rsidRDefault="00000000">
            <w:pPr>
              <w:rPr>
                <w:lang w:val="ru-RU"/>
              </w:rPr>
            </w:pPr>
            <w:proofErr w:type="spellStart"/>
            <w:r>
              <w:rPr>
                <w:b/>
                <w:color w:val="005288"/>
                <w:sz w:val="14"/>
              </w:rPr>
              <w:t>Innopolis</w:t>
            </w:r>
            <w:proofErr w:type="spellEnd"/>
            <w:r w:rsidRPr="00975027">
              <w:rPr>
                <w:b/>
                <w:color w:val="005288"/>
                <w:sz w:val="14"/>
                <w:lang w:val="ru-RU"/>
              </w:rPr>
              <w:t xml:space="preserve"> </w:t>
            </w:r>
            <w:r>
              <w:rPr>
                <w:b/>
                <w:color w:val="005288"/>
                <w:sz w:val="14"/>
              </w:rPr>
              <w:t>Open</w:t>
            </w:r>
            <w:r w:rsidRPr="00975027">
              <w:rPr>
                <w:b/>
                <w:color w:val="005288"/>
                <w:sz w:val="14"/>
                <w:lang w:val="ru-RU"/>
              </w:rPr>
              <w:t xml:space="preserve"> / Международная олимпиада Иннополиса</w:t>
            </w:r>
          </w:p>
        </w:tc>
        <w:tc>
          <w:tcPr>
            <w:tcW w:w="1944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F2A113D" w14:textId="77777777" w:rsidR="00350988" w:rsidRDefault="00000000">
            <w:proofErr w:type="spellStart"/>
            <w:r>
              <w:rPr>
                <w:sz w:val="14"/>
              </w:rPr>
              <w:t>Университет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Иннополис</w:t>
            </w:r>
            <w:proofErr w:type="spellEnd"/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BE3F9C5" w14:textId="77777777" w:rsidR="00350988" w:rsidRDefault="00000000">
            <w:r>
              <w:rPr>
                <w:sz w:val="14"/>
              </w:rPr>
              <w:t>Информатика / ИБ</w:t>
            </w:r>
          </w:p>
        </w:tc>
        <w:tc>
          <w:tcPr>
            <w:tcW w:w="792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3F1E5A3" w14:textId="77777777" w:rsidR="00350988" w:rsidRDefault="00000000">
            <w:pPr>
              <w:jc w:val="center"/>
            </w:pPr>
            <w:r>
              <w:rPr>
                <w:sz w:val="14"/>
              </w:rPr>
              <w:t>10–11</w:t>
            </w:r>
          </w:p>
        </w:tc>
        <w:tc>
          <w:tcPr>
            <w:tcW w:w="1008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2038DB6" w14:textId="77777777" w:rsidR="00350988" w:rsidRDefault="00000000">
            <w:pPr>
              <w:jc w:val="center"/>
            </w:pPr>
            <w:r>
              <w:rPr>
                <w:sz w:val="14"/>
              </w:rPr>
              <w:t>по профилю</w:t>
            </w:r>
          </w:p>
        </w:tc>
        <w:tc>
          <w:tcPr>
            <w:tcW w:w="144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D603D62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944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01FB045" w14:textId="77777777" w:rsidR="00350988" w:rsidRDefault="00000000">
            <w:r>
              <w:rPr>
                <w:sz w:val="14"/>
              </w:rPr>
              <w:t>ориентир: осень–зима 2026</w:t>
            </w:r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ABA2579" w14:textId="77777777" w:rsidR="00350988" w:rsidRDefault="00000000">
            <w:r>
              <w:rPr>
                <w:sz w:val="14"/>
              </w:rPr>
              <w:t>ориентир: февраль–март 2027</w:t>
            </w:r>
          </w:p>
        </w:tc>
        <w:tc>
          <w:tcPr>
            <w:tcW w:w="165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23C8E11" w14:textId="77777777" w:rsidR="00EE598B" w:rsidRDefault="00000000">
            <w:r>
              <w:rPr>
                <w:color w:val="005288"/>
                <w:sz w:val="13"/>
              </w:rPr>
              <w:t>https://olymp.innopolis.ru/</w:t>
            </w:r>
          </w:p>
        </w:tc>
      </w:tr>
      <w:tr w:rsidR="00350988" w14:paraId="40569D94" w14:textId="77777777">
        <w:trPr>
          <w:cantSplit/>
          <w:jc w:val="center"/>
        </w:trPr>
        <w:tc>
          <w:tcPr>
            <w:tcW w:w="237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DEC3C81" w14:textId="77777777" w:rsidR="00350988" w:rsidRDefault="00000000">
            <w:r>
              <w:rPr>
                <w:b/>
                <w:color w:val="005288"/>
                <w:sz w:val="14"/>
              </w:rPr>
              <w:t>НТО — информационная безопасность</w:t>
            </w:r>
          </w:p>
        </w:tc>
        <w:tc>
          <w:tcPr>
            <w:tcW w:w="1944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AD9EC9F" w14:textId="77777777" w:rsidR="00350988" w:rsidRDefault="00000000">
            <w:r>
              <w:rPr>
                <w:sz w:val="14"/>
              </w:rPr>
              <w:t>НТО / вузы-партнёры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5573560" w14:textId="77777777" w:rsidR="00350988" w:rsidRDefault="00000000">
            <w:r>
              <w:rPr>
                <w:sz w:val="14"/>
              </w:rPr>
              <w:t>Информационная безопасность</w:t>
            </w:r>
          </w:p>
        </w:tc>
        <w:tc>
          <w:tcPr>
            <w:tcW w:w="792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DA784C1" w14:textId="77777777" w:rsidR="00350988" w:rsidRDefault="00000000">
            <w:pPr>
              <w:jc w:val="center"/>
            </w:pPr>
            <w:r>
              <w:rPr>
                <w:sz w:val="14"/>
              </w:rPr>
              <w:t>10–11</w:t>
            </w:r>
          </w:p>
        </w:tc>
        <w:tc>
          <w:tcPr>
            <w:tcW w:w="1008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E9CDAFE" w14:textId="77777777" w:rsidR="00350988" w:rsidRDefault="00000000">
            <w:pPr>
              <w:jc w:val="center"/>
            </w:pPr>
            <w:r>
              <w:rPr>
                <w:sz w:val="14"/>
              </w:rPr>
              <w:t>по профилю</w:t>
            </w:r>
          </w:p>
        </w:tc>
        <w:tc>
          <w:tcPr>
            <w:tcW w:w="144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28A3E47" w14:textId="77777777" w:rsidR="00350988" w:rsidRDefault="00000000">
            <w:r>
              <w:rPr>
                <w:sz w:val="14"/>
              </w:rPr>
              <w:t>до 22.10.2026 (открыта)</w:t>
            </w:r>
          </w:p>
        </w:tc>
        <w:tc>
          <w:tcPr>
            <w:tcW w:w="1944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C841B4F" w14:textId="77777777" w:rsidR="00350988" w:rsidRDefault="00000000">
            <w:r>
              <w:rPr>
                <w:sz w:val="14"/>
              </w:rPr>
              <w:t>I этап: 17.09–23.10.2026; II этап: 05.11–07/11.12.2026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31886A9" w14:textId="77777777" w:rsidR="00350988" w:rsidRDefault="00000000">
            <w:r>
              <w:rPr>
                <w:sz w:val="14"/>
              </w:rPr>
              <w:t>февраль–апрель 2027</w:t>
            </w:r>
          </w:p>
        </w:tc>
        <w:tc>
          <w:tcPr>
            <w:tcW w:w="165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EF2B6AA" w14:textId="77777777" w:rsidR="00EE598B" w:rsidRDefault="00000000">
            <w:r>
              <w:rPr>
                <w:color w:val="005288"/>
                <w:sz w:val="13"/>
              </w:rPr>
              <w:t>https://ntcontest.ru/</w:t>
            </w:r>
          </w:p>
        </w:tc>
      </w:tr>
      <w:tr w:rsidR="00350988" w14:paraId="50D9A484" w14:textId="77777777">
        <w:trPr>
          <w:cantSplit/>
          <w:jc w:val="center"/>
        </w:trPr>
        <w:tc>
          <w:tcPr>
            <w:tcW w:w="237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5E8207D" w14:textId="77777777" w:rsidR="00350988" w:rsidRDefault="00000000">
            <w:r>
              <w:rPr>
                <w:b/>
                <w:color w:val="005288"/>
                <w:sz w:val="14"/>
              </w:rPr>
              <w:t>НТО — искусственный интеллект</w:t>
            </w:r>
          </w:p>
        </w:tc>
        <w:tc>
          <w:tcPr>
            <w:tcW w:w="1944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5334090" w14:textId="77777777" w:rsidR="00350988" w:rsidRDefault="00000000">
            <w:r>
              <w:rPr>
                <w:sz w:val="14"/>
              </w:rPr>
              <w:t>НТО / вузы-партнёры</w:t>
            </w:r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A40B664" w14:textId="77777777" w:rsidR="00350988" w:rsidRDefault="00000000">
            <w:r>
              <w:rPr>
                <w:sz w:val="14"/>
              </w:rPr>
              <w:t>ИИ / информатика</w:t>
            </w:r>
          </w:p>
        </w:tc>
        <w:tc>
          <w:tcPr>
            <w:tcW w:w="792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FA2119C" w14:textId="77777777" w:rsidR="00350988" w:rsidRDefault="00000000">
            <w:pPr>
              <w:jc w:val="center"/>
            </w:pPr>
            <w:r>
              <w:rPr>
                <w:sz w:val="14"/>
              </w:rPr>
              <w:t>10–11</w:t>
            </w:r>
          </w:p>
        </w:tc>
        <w:tc>
          <w:tcPr>
            <w:tcW w:w="1008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78A9479" w14:textId="77777777" w:rsidR="00350988" w:rsidRDefault="00000000">
            <w:pPr>
              <w:jc w:val="center"/>
            </w:pPr>
            <w:r>
              <w:rPr>
                <w:sz w:val="14"/>
              </w:rPr>
              <w:t>по профилю</w:t>
            </w:r>
          </w:p>
        </w:tc>
        <w:tc>
          <w:tcPr>
            <w:tcW w:w="144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A6E90BD" w14:textId="77777777" w:rsidR="00350988" w:rsidRDefault="00000000">
            <w:r>
              <w:rPr>
                <w:sz w:val="14"/>
              </w:rPr>
              <w:t>до 22.10.2026 (открыта)</w:t>
            </w:r>
          </w:p>
        </w:tc>
        <w:tc>
          <w:tcPr>
            <w:tcW w:w="1944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EB39800" w14:textId="77777777" w:rsidR="00350988" w:rsidRDefault="00000000">
            <w:r>
              <w:rPr>
                <w:sz w:val="14"/>
              </w:rPr>
              <w:t>I этап: 17.09–23.10.2026; II этап: 05.11–07/11.12.2026</w:t>
            </w:r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ADAFCB6" w14:textId="77777777" w:rsidR="00350988" w:rsidRDefault="00000000">
            <w:r>
              <w:rPr>
                <w:sz w:val="14"/>
              </w:rPr>
              <w:t>февраль–апрель 2027</w:t>
            </w:r>
          </w:p>
        </w:tc>
        <w:tc>
          <w:tcPr>
            <w:tcW w:w="165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E1D9B3E" w14:textId="77777777" w:rsidR="00EE598B" w:rsidRDefault="00000000">
            <w:r>
              <w:rPr>
                <w:color w:val="005288"/>
                <w:sz w:val="13"/>
              </w:rPr>
              <w:t>https://ntcontest.ru/</w:t>
            </w:r>
          </w:p>
        </w:tc>
      </w:tr>
      <w:tr w:rsidR="00350988" w14:paraId="783334D1" w14:textId="77777777">
        <w:trPr>
          <w:cantSplit/>
          <w:jc w:val="center"/>
        </w:trPr>
        <w:tc>
          <w:tcPr>
            <w:tcW w:w="237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88933B2" w14:textId="77777777" w:rsidR="00350988" w:rsidRDefault="00000000">
            <w:r>
              <w:rPr>
                <w:b/>
                <w:color w:val="005288"/>
                <w:sz w:val="14"/>
              </w:rPr>
              <w:t>НТО — инженерные профили</w:t>
            </w:r>
          </w:p>
        </w:tc>
        <w:tc>
          <w:tcPr>
            <w:tcW w:w="1944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291020A" w14:textId="77777777" w:rsidR="00350988" w:rsidRDefault="00000000">
            <w:r>
              <w:rPr>
                <w:sz w:val="14"/>
              </w:rPr>
              <w:t>НТО / вузы-партнёры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0081353" w14:textId="77777777" w:rsidR="00350988" w:rsidRDefault="00000000">
            <w:r>
              <w:rPr>
                <w:sz w:val="14"/>
              </w:rPr>
              <w:t>Инженерия</w:t>
            </w:r>
          </w:p>
        </w:tc>
        <w:tc>
          <w:tcPr>
            <w:tcW w:w="792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0DA1AE3" w14:textId="77777777" w:rsidR="00350988" w:rsidRDefault="00000000">
            <w:pPr>
              <w:jc w:val="center"/>
            </w:pPr>
            <w:r>
              <w:rPr>
                <w:sz w:val="14"/>
              </w:rPr>
              <w:t>10–11</w:t>
            </w:r>
          </w:p>
        </w:tc>
        <w:tc>
          <w:tcPr>
            <w:tcW w:w="1008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A465818" w14:textId="77777777" w:rsidR="00350988" w:rsidRDefault="00000000">
            <w:pPr>
              <w:jc w:val="center"/>
            </w:pPr>
            <w:r>
              <w:rPr>
                <w:sz w:val="14"/>
              </w:rPr>
              <w:t>по профилю</w:t>
            </w:r>
          </w:p>
        </w:tc>
        <w:tc>
          <w:tcPr>
            <w:tcW w:w="144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7AE84A1" w14:textId="77777777" w:rsidR="00350988" w:rsidRDefault="00000000">
            <w:r>
              <w:rPr>
                <w:sz w:val="14"/>
              </w:rPr>
              <w:t>до 22.10.2026 (открыта)</w:t>
            </w:r>
          </w:p>
        </w:tc>
        <w:tc>
          <w:tcPr>
            <w:tcW w:w="1944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D2314B0" w14:textId="77777777" w:rsidR="00350988" w:rsidRDefault="00000000">
            <w:r>
              <w:rPr>
                <w:sz w:val="14"/>
              </w:rPr>
              <w:t>I этап: 17.09–23.10.2026; II этап: 05.11–07/11.12.2026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5DD9C0C" w14:textId="77777777" w:rsidR="00350988" w:rsidRDefault="00000000">
            <w:r>
              <w:rPr>
                <w:sz w:val="14"/>
              </w:rPr>
              <w:t>февраль–апрель 2027</w:t>
            </w:r>
          </w:p>
        </w:tc>
        <w:tc>
          <w:tcPr>
            <w:tcW w:w="165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1B858CA" w14:textId="77777777" w:rsidR="00EE598B" w:rsidRDefault="00000000">
            <w:r>
              <w:rPr>
                <w:color w:val="005288"/>
                <w:sz w:val="13"/>
              </w:rPr>
              <w:t>https://ntcontest.ru/</w:t>
            </w:r>
          </w:p>
        </w:tc>
      </w:tr>
      <w:tr w:rsidR="00350988" w14:paraId="7C6B4498" w14:textId="77777777">
        <w:trPr>
          <w:cantSplit/>
          <w:jc w:val="center"/>
        </w:trPr>
        <w:tc>
          <w:tcPr>
            <w:tcW w:w="237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F7E244B" w14:textId="77777777" w:rsidR="00350988" w:rsidRDefault="00000000">
            <w:r>
              <w:rPr>
                <w:b/>
                <w:color w:val="005288"/>
                <w:sz w:val="14"/>
              </w:rPr>
              <w:t>Инженерная олимпиада школьников</w:t>
            </w:r>
          </w:p>
        </w:tc>
        <w:tc>
          <w:tcPr>
            <w:tcW w:w="1944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5434085" w14:textId="77777777" w:rsidR="00350988" w:rsidRDefault="00000000">
            <w:r>
              <w:rPr>
                <w:sz w:val="14"/>
              </w:rPr>
              <w:t>НИЯУ МИФИ и партнёры</w:t>
            </w:r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00ED7AE" w14:textId="77777777" w:rsidR="00350988" w:rsidRDefault="00000000">
            <w:r>
              <w:rPr>
                <w:sz w:val="14"/>
              </w:rPr>
              <w:t>Физика / инженерия</w:t>
            </w:r>
          </w:p>
        </w:tc>
        <w:tc>
          <w:tcPr>
            <w:tcW w:w="792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474EBE0" w14:textId="77777777" w:rsidR="00350988" w:rsidRDefault="00000000">
            <w:pPr>
              <w:jc w:val="center"/>
            </w:pPr>
            <w:r>
              <w:rPr>
                <w:sz w:val="14"/>
              </w:rPr>
              <w:t>9–11</w:t>
            </w:r>
          </w:p>
        </w:tc>
        <w:tc>
          <w:tcPr>
            <w:tcW w:w="1008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489DD06" w14:textId="77777777" w:rsidR="00350988" w:rsidRDefault="00000000">
            <w:pPr>
              <w:jc w:val="center"/>
            </w:pPr>
            <w:r>
              <w:rPr>
                <w:sz w:val="14"/>
              </w:rPr>
              <w:t>II (ориентир)</w:t>
            </w:r>
          </w:p>
        </w:tc>
        <w:tc>
          <w:tcPr>
            <w:tcW w:w="144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7F0FED4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944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36CE813" w14:textId="77777777" w:rsidR="00350988" w:rsidRDefault="00000000">
            <w:r>
              <w:rPr>
                <w:sz w:val="14"/>
              </w:rPr>
              <w:t>ориентир: ноябрь 2026 – январь 2027</w:t>
            </w:r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41011AC" w14:textId="77777777" w:rsidR="00350988" w:rsidRDefault="00000000">
            <w:r>
              <w:rPr>
                <w:sz w:val="14"/>
              </w:rPr>
              <w:t>ориентир: февраль 2027</w:t>
            </w:r>
          </w:p>
        </w:tc>
        <w:tc>
          <w:tcPr>
            <w:tcW w:w="165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782B51F" w14:textId="77777777" w:rsidR="00EE598B" w:rsidRDefault="00000000">
            <w:r>
              <w:rPr>
                <w:color w:val="005288"/>
                <w:sz w:val="13"/>
              </w:rPr>
              <w:t>https://admission.mephi.ru/olympiads/engineer</w:t>
            </w:r>
          </w:p>
        </w:tc>
      </w:tr>
      <w:tr w:rsidR="00350988" w14:paraId="3BF83BAB" w14:textId="77777777">
        <w:trPr>
          <w:cantSplit/>
          <w:jc w:val="center"/>
        </w:trPr>
        <w:tc>
          <w:tcPr>
            <w:tcW w:w="237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A336F5C" w14:textId="77777777" w:rsidR="00350988" w:rsidRDefault="00000000">
            <w:r>
              <w:rPr>
                <w:b/>
                <w:color w:val="005288"/>
                <w:sz w:val="14"/>
              </w:rPr>
              <w:t>Многопрофильная инженерная олимпиада «Звезда»</w:t>
            </w:r>
          </w:p>
        </w:tc>
        <w:tc>
          <w:tcPr>
            <w:tcW w:w="1944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243E4E0" w14:textId="77777777" w:rsidR="00350988" w:rsidRDefault="00000000">
            <w:r>
              <w:rPr>
                <w:sz w:val="14"/>
              </w:rPr>
              <w:t>ЮУрГУ и вузы-партнёры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1B05803" w14:textId="77777777" w:rsidR="00350988" w:rsidRDefault="00000000">
            <w:r>
              <w:rPr>
                <w:sz w:val="14"/>
              </w:rPr>
              <w:t>Техника и технологии / инженерия</w:t>
            </w:r>
          </w:p>
        </w:tc>
        <w:tc>
          <w:tcPr>
            <w:tcW w:w="792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52D67D8" w14:textId="77777777" w:rsidR="00350988" w:rsidRDefault="00000000">
            <w:pPr>
              <w:jc w:val="center"/>
            </w:pPr>
            <w:r>
              <w:rPr>
                <w:sz w:val="14"/>
              </w:rPr>
              <w:t>10–11</w:t>
            </w:r>
          </w:p>
        </w:tc>
        <w:tc>
          <w:tcPr>
            <w:tcW w:w="1008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9F5B3DD" w14:textId="77777777" w:rsidR="00350988" w:rsidRDefault="00000000">
            <w:pPr>
              <w:jc w:val="center"/>
            </w:pPr>
            <w:r>
              <w:rPr>
                <w:sz w:val="14"/>
              </w:rPr>
              <w:t>по профилю</w:t>
            </w:r>
          </w:p>
        </w:tc>
        <w:tc>
          <w:tcPr>
            <w:tcW w:w="144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20222CA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944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6FD82D1" w14:textId="77777777" w:rsidR="00350988" w:rsidRDefault="00000000">
            <w:r>
              <w:rPr>
                <w:sz w:val="14"/>
              </w:rPr>
              <w:t>ориентир: осень–зима 2026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69040D3" w14:textId="77777777" w:rsidR="00350988" w:rsidRDefault="00000000">
            <w:r>
              <w:rPr>
                <w:sz w:val="14"/>
              </w:rPr>
              <w:t>ориентир: февраль–март 2027</w:t>
            </w:r>
          </w:p>
        </w:tc>
        <w:tc>
          <w:tcPr>
            <w:tcW w:w="165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713C1A2" w14:textId="77777777" w:rsidR="00EE598B" w:rsidRDefault="00000000">
            <w:r>
              <w:rPr>
                <w:color w:val="005288"/>
                <w:sz w:val="13"/>
              </w:rPr>
              <w:t>https://zv.susu.ru/</w:t>
            </w:r>
          </w:p>
        </w:tc>
      </w:tr>
      <w:tr w:rsidR="00350988" w14:paraId="2449D8AD" w14:textId="77777777">
        <w:trPr>
          <w:cantSplit/>
          <w:jc w:val="center"/>
        </w:trPr>
        <w:tc>
          <w:tcPr>
            <w:tcW w:w="237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D15E477" w14:textId="77777777" w:rsidR="00350988" w:rsidRDefault="00000000">
            <w:r>
              <w:rPr>
                <w:b/>
                <w:color w:val="005288"/>
                <w:sz w:val="14"/>
              </w:rPr>
              <w:t>Олимпиада «Надежда энергетики»</w:t>
            </w:r>
          </w:p>
        </w:tc>
        <w:tc>
          <w:tcPr>
            <w:tcW w:w="1944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BEA7ECD" w14:textId="77777777" w:rsidR="00350988" w:rsidRDefault="00000000">
            <w:r>
              <w:rPr>
                <w:sz w:val="14"/>
              </w:rPr>
              <w:t>энергетические вузы-партнёры</w:t>
            </w:r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E0F4295" w14:textId="77777777" w:rsidR="00350988" w:rsidRDefault="00000000">
            <w:r>
              <w:rPr>
                <w:sz w:val="14"/>
              </w:rPr>
              <w:t>Физика / энергетика</w:t>
            </w:r>
          </w:p>
        </w:tc>
        <w:tc>
          <w:tcPr>
            <w:tcW w:w="792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A7A2C3D" w14:textId="77777777" w:rsidR="00350988" w:rsidRDefault="00000000">
            <w:pPr>
              <w:jc w:val="center"/>
            </w:pPr>
            <w:r>
              <w:rPr>
                <w:sz w:val="14"/>
              </w:rPr>
              <w:t>10–11</w:t>
            </w:r>
          </w:p>
        </w:tc>
        <w:tc>
          <w:tcPr>
            <w:tcW w:w="1008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BFFFF64" w14:textId="77777777" w:rsidR="00350988" w:rsidRDefault="00000000">
            <w:pPr>
              <w:jc w:val="center"/>
            </w:pPr>
            <w:r>
              <w:rPr>
                <w:sz w:val="14"/>
              </w:rPr>
              <w:t>по профилю</w:t>
            </w:r>
          </w:p>
        </w:tc>
        <w:tc>
          <w:tcPr>
            <w:tcW w:w="144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6F59A5C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944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272F9F27" w14:textId="77777777" w:rsidR="00350988" w:rsidRDefault="00000000">
            <w:r>
              <w:rPr>
                <w:sz w:val="14"/>
              </w:rPr>
              <w:t>ориентир: осень–зима 2026</w:t>
            </w:r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8F96BF0" w14:textId="77777777" w:rsidR="00350988" w:rsidRDefault="00000000">
            <w:r>
              <w:rPr>
                <w:sz w:val="14"/>
              </w:rPr>
              <w:t>ориентир: февраль–март 2027</w:t>
            </w:r>
          </w:p>
        </w:tc>
        <w:tc>
          <w:tcPr>
            <w:tcW w:w="165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3AECF0C" w14:textId="77777777" w:rsidR="00EE598B" w:rsidRDefault="00000000">
            <w:r>
              <w:rPr>
                <w:color w:val="005288"/>
                <w:sz w:val="13"/>
              </w:rPr>
              <w:t>https://energy-hope.ru/</w:t>
            </w:r>
          </w:p>
        </w:tc>
      </w:tr>
      <w:tr w:rsidR="00350988" w14:paraId="30F95AB6" w14:textId="77777777">
        <w:trPr>
          <w:cantSplit/>
          <w:jc w:val="center"/>
        </w:trPr>
        <w:tc>
          <w:tcPr>
            <w:tcW w:w="237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00A2C1B" w14:textId="77777777" w:rsidR="00350988" w:rsidRDefault="00000000">
            <w:r>
              <w:rPr>
                <w:b/>
                <w:color w:val="005288"/>
                <w:sz w:val="14"/>
              </w:rPr>
              <w:t>Отраслевая олимпиада школьников «Газпром»</w:t>
            </w:r>
          </w:p>
        </w:tc>
        <w:tc>
          <w:tcPr>
            <w:tcW w:w="1944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14AD7AE" w14:textId="77777777" w:rsidR="00350988" w:rsidRDefault="00000000">
            <w:r>
              <w:rPr>
                <w:sz w:val="14"/>
              </w:rPr>
              <w:t>вузы-партнёры ПАО «Газпром»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F41202E" w14:textId="77777777" w:rsidR="00350988" w:rsidRPr="00975027" w:rsidRDefault="00000000">
            <w:pPr>
              <w:rPr>
                <w:lang w:val="ru-RU"/>
              </w:rPr>
            </w:pPr>
            <w:r w:rsidRPr="00975027">
              <w:rPr>
                <w:sz w:val="14"/>
                <w:lang w:val="ru-RU"/>
              </w:rPr>
              <w:t>Физика, математика, ИКТ, инженерное дело</w:t>
            </w:r>
          </w:p>
        </w:tc>
        <w:tc>
          <w:tcPr>
            <w:tcW w:w="792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07C42C0" w14:textId="77777777" w:rsidR="00350988" w:rsidRDefault="00000000">
            <w:pPr>
              <w:jc w:val="center"/>
            </w:pPr>
            <w:r>
              <w:rPr>
                <w:sz w:val="14"/>
              </w:rPr>
              <w:t>10–11</w:t>
            </w:r>
          </w:p>
        </w:tc>
        <w:tc>
          <w:tcPr>
            <w:tcW w:w="1008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A19A8E0" w14:textId="77777777" w:rsidR="00350988" w:rsidRDefault="00000000">
            <w:pPr>
              <w:jc w:val="center"/>
            </w:pPr>
            <w:r>
              <w:rPr>
                <w:sz w:val="14"/>
              </w:rPr>
              <w:t>по профилю</w:t>
            </w:r>
          </w:p>
        </w:tc>
        <w:tc>
          <w:tcPr>
            <w:tcW w:w="144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5706D25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944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5180120" w14:textId="77777777" w:rsidR="00350988" w:rsidRDefault="00000000">
            <w:r>
              <w:rPr>
                <w:sz w:val="14"/>
              </w:rPr>
              <w:t>ориентир: осень–зима 2026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4F01CEB" w14:textId="77777777" w:rsidR="00350988" w:rsidRDefault="00000000">
            <w:r>
              <w:rPr>
                <w:sz w:val="14"/>
              </w:rPr>
              <w:t>ориентир: февраль–март 2027</w:t>
            </w:r>
          </w:p>
        </w:tc>
        <w:tc>
          <w:tcPr>
            <w:tcW w:w="165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A921340" w14:textId="77777777" w:rsidR="00EE598B" w:rsidRDefault="00000000">
            <w:r>
              <w:rPr>
                <w:color w:val="005288"/>
                <w:sz w:val="13"/>
              </w:rPr>
              <w:t>https://olympiad.gazprom.ru/</w:t>
            </w:r>
          </w:p>
        </w:tc>
      </w:tr>
      <w:tr w:rsidR="00350988" w14:paraId="2A79D661" w14:textId="77777777">
        <w:trPr>
          <w:cantSplit/>
          <w:jc w:val="center"/>
        </w:trPr>
        <w:tc>
          <w:tcPr>
            <w:tcW w:w="237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919D780" w14:textId="77777777" w:rsidR="00350988" w:rsidRPr="00975027" w:rsidRDefault="00000000">
            <w:pPr>
              <w:rPr>
                <w:lang w:val="ru-RU"/>
              </w:rPr>
            </w:pPr>
            <w:r w:rsidRPr="00975027">
              <w:rPr>
                <w:b/>
                <w:color w:val="005288"/>
                <w:sz w:val="14"/>
                <w:lang w:val="ru-RU"/>
              </w:rPr>
              <w:t>Интернет-олимпиада школьников по физике</w:t>
            </w:r>
          </w:p>
        </w:tc>
        <w:tc>
          <w:tcPr>
            <w:tcW w:w="1944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F6D2C1C" w14:textId="77777777" w:rsidR="00350988" w:rsidRDefault="00000000">
            <w:proofErr w:type="spellStart"/>
            <w:r>
              <w:rPr>
                <w:sz w:val="14"/>
              </w:rPr>
              <w:t>СПбГУ</w:t>
            </w:r>
            <w:proofErr w:type="spellEnd"/>
            <w:r>
              <w:rPr>
                <w:sz w:val="14"/>
              </w:rPr>
              <w:t xml:space="preserve"> / </w:t>
            </w:r>
            <w:proofErr w:type="spellStart"/>
            <w:r>
              <w:rPr>
                <w:sz w:val="14"/>
              </w:rPr>
              <w:t>партнёры</w:t>
            </w:r>
            <w:proofErr w:type="spellEnd"/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3A41E326" w14:textId="77777777" w:rsidR="00350988" w:rsidRDefault="00000000">
            <w:r>
              <w:rPr>
                <w:sz w:val="14"/>
              </w:rPr>
              <w:t>Физика</w:t>
            </w:r>
          </w:p>
        </w:tc>
        <w:tc>
          <w:tcPr>
            <w:tcW w:w="792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CB3EC65" w14:textId="77777777" w:rsidR="00350988" w:rsidRDefault="00000000">
            <w:pPr>
              <w:jc w:val="center"/>
            </w:pPr>
            <w:r>
              <w:rPr>
                <w:sz w:val="14"/>
              </w:rPr>
              <w:t>10–11</w:t>
            </w:r>
          </w:p>
        </w:tc>
        <w:tc>
          <w:tcPr>
            <w:tcW w:w="1008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D808C05" w14:textId="77777777" w:rsidR="00350988" w:rsidRDefault="00000000">
            <w:pPr>
              <w:jc w:val="center"/>
            </w:pPr>
            <w:r>
              <w:rPr>
                <w:sz w:val="14"/>
              </w:rPr>
              <w:t>уточняется</w:t>
            </w:r>
          </w:p>
        </w:tc>
        <w:tc>
          <w:tcPr>
            <w:tcW w:w="144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78897E5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944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E38249A" w14:textId="77777777" w:rsidR="00350988" w:rsidRDefault="00000000">
            <w:r>
              <w:rPr>
                <w:sz w:val="14"/>
              </w:rPr>
              <w:t>ориентир: осень–зима 2026</w:t>
            </w:r>
          </w:p>
        </w:tc>
        <w:tc>
          <w:tcPr>
            <w:tcW w:w="1800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AE0FDE3" w14:textId="77777777" w:rsidR="00350988" w:rsidRDefault="00000000">
            <w:r>
              <w:rPr>
                <w:sz w:val="14"/>
              </w:rPr>
              <w:t>ориентир: весна 2027</w:t>
            </w:r>
          </w:p>
        </w:tc>
        <w:tc>
          <w:tcPr>
            <w:tcW w:w="1656" w:type="dxa"/>
            <w:shd w:val="clear" w:color="auto" w:fill="F3F7F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0478D46C" w14:textId="77777777" w:rsidR="00EE598B" w:rsidRDefault="00000000">
            <w:r>
              <w:rPr>
                <w:color w:val="005288"/>
                <w:sz w:val="13"/>
              </w:rPr>
              <w:t>https://distolymp2.spbu.ru/olymp/</w:t>
            </w:r>
          </w:p>
        </w:tc>
      </w:tr>
      <w:tr w:rsidR="00350988" w14:paraId="36631132" w14:textId="77777777">
        <w:trPr>
          <w:cantSplit/>
          <w:jc w:val="center"/>
        </w:trPr>
        <w:tc>
          <w:tcPr>
            <w:tcW w:w="237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F2201FC" w14:textId="77777777" w:rsidR="00350988" w:rsidRDefault="00000000">
            <w:r>
              <w:rPr>
                <w:b/>
                <w:color w:val="005288"/>
                <w:sz w:val="14"/>
              </w:rPr>
              <w:t>Уральская олимпиада школьников «Изумруд»</w:t>
            </w:r>
          </w:p>
        </w:tc>
        <w:tc>
          <w:tcPr>
            <w:tcW w:w="1944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6B2E39B" w14:textId="77777777" w:rsidR="00350988" w:rsidRDefault="00000000">
            <w:r>
              <w:rPr>
                <w:sz w:val="14"/>
              </w:rPr>
              <w:t>УрФУ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7D2A0F4" w14:textId="77777777" w:rsidR="00350988" w:rsidRDefault="00000000">
            <w:r>
              <w:rPr>
                <w:sz w:val="14"/>
              </w:rPr>
              <w:t>Математика / информатика</w:t>
            </w:r>
          </w:p>
        </w:tc>
        <w:tc>
          <w:tcPr>
            <w:tcW w:w="792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76757CFD" w14:textId="77777777" w:rsidR="00350988" w:rsidRDefault="00000000">
            <w:pPr>
              <w:jc w:val="center"/>
            </w:pPr>
            <w:r>
              <w:rPr>
                <w:sz w:val="14"/>
              </w:rPr>
              <w:t>10–11</w:t>
            </w:r>
          </w:p>
        </w:tc>
        <w:tc>
          <w:tcPr>
            <w:tcW w:w="1008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448F9A3" w14:textId="77777777" w:rsidR="00350988" w:rsidRDefault="00000000">
            <w:pPr>
              <w:jc w:val="center"/>
            </w:pPr>
            <w:r>
              <w:rPr>
                <w:sz w:val="14"/>
              </w:rPr>
              <w:t>по профилю</w:t>
            </w:r>
          </w:p>
        </w:tc>
        <w:tc>
          <w:tcPr>
            <w:tcW w:w="144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4E9DA247" w14:textId="77777777" w:rsidR="00350988" w:rsidRDefault="00000000">
            <w:r>
              <w:rPr>
                <w:sz w:val="14"/>
              </w:rPr>
              <w:t>уточняется</w:t>
            </w:r>
          </w:p>
        </w:tc>
        <w:tc>
          <w:tcPr>
            <w:tcW w:w="1944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10676340" w14:textId="77777777" w:rsidR="00350988" w:rsidRDefault="00000000">
            <w:r>
              <w:rPr>
                <w:sz w:val="14"/>
              </w:rPr>
              <w:t>ориентир: осень–зима 2026</w:t>
            </w:r>
          </w:p>
        </w:tc>
        <w:tc>
          <w:tcPr>
            <w:tcW w:w="1800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69573F7A" w14:textId="77777777" w:rsidR="00350988" w:rsidRDefault="00000000">
            <w:r>
              <w:rPr>
                <w:sz w:val="14"/>
              </w:rPr>
              <w:t>ориентир: февраль–март 2027</w:t>
            </w:r>
          </w:p>
        </w:tc>
        <w:tc>
          <w:tcPr>
            <w:tcW w:w="1656" w:type="dxa"/>
            <w:tcMar>
              <w:top w:w="60" w:type="dxa"/>
              <w:left w:w="55" w:type="dxa"/>
              <w:bottom w:w="60" w:type="dxa"/>
              <w:right w:w="55" w:type="dxa"/>
            </w:tcMar>
            <w:vAlign w:val="center"/>
          </w:tcPr>
          <w:p w14:paraId="532B121F" w14:textId="77777777" w:rsidR="00EE598B" w:rsidRDefault="00000000">
            <w:r>
              <w:rPr>
                <w:color w:val="005288"/>
                <w:sz w:val="13"/>
              </w:rPr>
              <w:t>https://dovuz.urfu.ru/olympiads/izumrud/</w:t>
            </w:r>
          </w:p>
        </w:tc>
      </w:tr>
    </w:tbl>
    <w:p w14:paraId="11976E27" w14:textId="77777777" w:rsidR="00350988" w:rsidRPr="00975027" w:rsidRDefault="00000000">
      <w:pPr>
        <w:spacing w:before="200"/>
        <w:rPr>
          <w:lang w:val="ru-RU"/>
        </w:rPr>
      </w:pPr>
      <w:r w:rsidRPr="00975027">
        <w:rPr>
          <w:i/>
          <w:color w:val="505050"/>
          <w:sz w:val="17"/>
          <w:lang w:val="ru-RU"/>
        </w:rPr>
        <w:t>* Официальный Перечень олимпиад школьников на 2026/27 учебный год ещё не утверждён. Уровни олимпиады ориентированы на действующий перечень 2025/26 и опубликованный проект/информацию организаторов. Календарь будет обновляться по мере поступления официальной информации.</w:t>
      </w:r>
    </w:p>
    <w:p w14:paraId="7969907A" w14:textId="77777777" w:rsidR="00350988" w:rsidRPr="00975027" w:rsidRDefault="00000000">
      <w:pPr>
        <w:rPr>
          <w:lang w:val="ru-RU"/>
        </w:rPr>
      </w:pPr>
      <w:r w:rsidRPr="00975027">
        <w:rPr>
          <w:color w:val="5A5A5A"/>
          <w:lang w:val="ru-RU"/>
        </w:rPr>
        <w:t>Примечание: формулировка «ориентир» означает ожидаемый период по календарям предыдущего сезона и/или текущей информации организаторов; это не утверждённая дата 2026/27. Там, где официальный срок уже опубликован организатором, указана конкретная дата.</w:t>
      </w:r>
    </w:p>
    <w:sectPr w:rsidR="00350988" w:rsidRPr="00975027" w:rsidSect="00034616">
      <w:headerReference w:type="default" r:id="rId8"/>
      <w:pgSz w:w="16834" w:h="11909" w:orient="landscape"/>
      <w:pgMar w:top="1181" w:right="576" w:bottom="648" w:left="576" w:header="17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BDEF2" w14:textId="77777777" w:rsidR="00786087" w:rsidRDefault="00786087">
      <w:pPr>
        <w:spacing w:after="0" w:line="240" w:lineRule="auto"/>
      </w:pPr>
      <w:r>
        <w:separator/>
      </w:r>
    </w:p>
  </w:endnote>
  <w:endnote w:type="continuationSeparator" w:id="0">
    <w:p w14:paraId="23BF04A3" w14:textId="77777777" w:rsidR="00786087" w:rsidRDefault="00786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5D838" w14:textId="77777777" w:rsidR="00786087" w:rsidRDefault="00786087">
      <w:pPr>
        <w:spacing w:after="0" w:line="240" w:lineRule="auto"/>
      </w:pPr>
      <w:r>
        <w:separator/>
      </w:r>
    </w:p>
  </w:footnote>
  <w:footnote w:type="continuationSeparator" w:id="0">
    <w:p w14:paraId="41669435" w14:textId="77777777" w:rsidR="00786087" w:rsidRDefault="00786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7EDBB" w14:textId="77777777" w:rsidR="00EE598B" w:rsidRDefault="00EE598B"/>
  <w:tbl>
    <w:tblPr>
      <w:tblW w:w="0" w:type="auto"/>
      <w:tblLayout w:type="fixed"/>
      <w:tblLook w:val="04A0" w:firstRow="1" w:lastRow="0" w:firstColumn="1" w:lastColumn="0" w:noHBand="0" w:noVBand="1"/>
    </w:tblPr>
    <w:tblGrid>
      <w:gridCol w:w="7841"/>
      <w:gridCol w:w="7841"/>
    </w:tblGrid>
    <w:tr w:rsidR="00EE598B" w14:paraId="49E1DF2C" w14:textId="77777777">
      <w:tc>
        <w:tcPr>
          <w:tcW w:w="7841" w:type="dxa"/>
          <w:tcBorders>
            <w:top w:val="nil"/>
            <w:left w:val="nil"/>
            <w:bottom w:val="nil"/>
            <w:right w:val="nil"/>
          </w:tcBorders>
        </w:tcPr>
        <w:p w14:paraId="7E57E404" w14:textId="77777777" w:rsidR="00EE598B" w:rsidRDefault="00EE598B"/>
      </w:tc>
      <w:tc>
        <w:tcPr>
          <w:tcW w:w="7841" w:type="dxa"/>
          <w:tcBorders>
            <w:top w:val="nil"/>
            <w:left w:val="nil"/>
            <w:bottom w:val="nil"/>
            <w:right w:val="nil"/>
          </w:tcBorders>
        </w:tcPr>
        <w:p w14:paraId="0CD3596E" w14:textId="77777777" w:rsidR="00EE598B" w:rsidRDefault="00000000">
          <w:pPr>
            <w:spacing w:after="20"/>
            <w:jc w:val="right"/>
          </w:pPr>
          <w:r>
            <w:rPr>
              <w:noProof/>
            </w:rPr>
            <w:drawing>
              <wp:inline distT="0" distB="0" distL="0" distR="0" wp14:anchorId="5C962050" wp14:editId="066296AD">
                <wp:extent cx="1572768" cy="808996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уменьшен(1)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2768" cy="8089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231A7AB3" w14:textId="77777777" w:rsidR="00EE598B" w:rsidRDefault="00000000">
          <w:pPr>
            <w:spacing w:after="0"/>
            <w:jc w:val="right"/>
          </w:pPr>
          <w:proofErr w:type="gramStart"/>
          <w:r>
            <w:rPr>
              <w:b/>
              <w:color w:val="005288"/>
              <w:sz w:val="15"/>
            </w:rPr>
            <w:t>www.librastudy.ru  |</w:t>
          </w:r>
          <w:proofErr w:type="gramEnd"/>
          <w:r>
            <w:rPr>
              <w:b/>
              <w:color w:val="005288"/>
              <w:sz w:val="15"/>
            </w:rPr>
            <w:t xml:space="preserve">  +7(347)294-83-30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5611183">
    <w:abstractNumId w:val="8"/>
  </w:num>
  <w:num w:numId="2" w16cid:durableId="172305973">
    <w:abstractNumId w:val="6"/>
  </w:num>
  <w:num w:numId="3" w16cid:durableId="506555585">
    <w:abstractNumId w:val="5"/>
  </w:num>
  <w:num w:numId="4" w16cid:durableId="631718990">
    <w:abstractNumId w:val="4"/>
  </w:num>
  <w:num w:numId="5" w16cid:durableId="1192496504">
    <w:abstractNumId w:val="7"/>
  </w:num>
  <w:num w:numId="6" w16cid:durableId="1521629363">
    <w:abstractNumId w:val="3"/>
  </w:num>
  <w:num w:numId="7" w16cid:durableId="752167533">
    <w:abstractNumId w:val="2"/>
  </w:num>
  <w:num w:numId="8" w16cid:durableId="380981388">
    <w:abstractNumId w:val="1"/>
  </w:num>
  <w:num w:numId="9" w16cid:durableId="1667710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50988"/>
    <w:rsid w:val="00786087"/>
    <w:rsid w:val="008478AF"/>
    <w:rsid w:val="00975027"/>
    <w:rsid w:val="009E3D33"/>
    <w:rsid w:val="00AA1D8D"/>
    <w:rsid w:val="00B47730"/>
    <w:rsid w:val="00C12009"/>
    <w:rsid w:val="00CB0664"/>
    <w:rsid w:val="00EE598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5306BD"/>
  <w14:defaultImageDpi w14:val="300"/>
  <w15:docId w15:val="{2C531A35-C81B-401C-8A6D-FCAA89140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975027"/>
    <w:rPr>
      <w:rFonts w:ascii="Arial" w:hAnsi="Arial"/>
      <w:sz w:val="16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Лилия Мусина</cp:lastModifiedBy>
  <cp:revision>2</cp:revision>
  <dcterms:created xsi:type="dcterms:W3CDTF">2026-09-07T14:53:00Z</dcterms:created>
  <dcterms:modified xsi:type="dcterms:W3CDTF">2026-09-07T14:53:00Z</dcterms:modified>
  <cp:category/>
</cp:coreProperties>
</file>