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BF5C7" w14:textId="77777777" w:rsidR="00975027" w:rsidRPr="00CF15F4" w:rsidRDefault="00975027" w:rsidP="00975027">
      <w:pPr>
        <w:jc w:val="center"/>
        <w:rPr>
          <w:lang w:val="ru-RU"/>
        </w:rPr>
      </w:pPr>
      <w:r w:rsidRPr="00CF15F4">
        <w:rPr>
          <w:b/>
          <w:color w:val="005288"/>
          <w:sz w:val="36"/>
          <w:lang w:val="ru-RU"/>
        </w:rPr>
        <w:t>РАБОЧИЙ КАЛЕНДАРЬ ОЛИМПИАДНОЙ ПОДГОТОВКИ</w:t>
      </w:r>
    </w:p>
    <w:p w14:paraId="26F0911C" w14:textId="77777777" w:rsidR="00975027" w:rsidRDefault="00975027" w:rsidP="00975027">
      <w:pPr>
        <w:jc w:val="center"/>
      </w:pPr>
      <w:r>
        <w:rPr>
          <w:b/>
          <w:color w:val="DC192D"/>
          <w:sz w:val="24"/>
        </w:rPr>
        <w:t xml:space="preserve">2026/2027 </w:t>
      </w:r>
      <w:proofErr w:type="spellStart"/>
      <w:r>
        <w:rPr>
          <w:b/>
          <w:color w:val="DC192D"/>
          <w:sz w:val="24"/>
        </w:rPr>
        <w:t>учебный</w:t>
      </w:r>
      <w:proofErr w:type="spellEnd"/>
      <w:r>
        <w:rPr>
          <w:b/>
          <w:color w:val="DC192D"/>
          <w:sz w:val="24"/>
        </w:rPr>
        <w:t xml:space="preserve"> </w:t>
      </w:r>
      <w:proofErr w:type="spellStart"/>
      <w:r>
        <w:rPr>
          <w:b/>
          <w:color w:val="DC192D"/>
          <w:sz w:val="24"/>
        </w:rPr>
        <w:t>год</w:t>
      </w:r>
      <w:proofErr w:type="spellEnd"/>
      <w:r>
        <w:rPr>
          <w:b/>
          <w:color w:val="DC192D"/>
          <w:sz w:val="24"/>
        </w:rPr>
        <w:t xml:space="preserve"> • </w:t>
      </w:r>
      <w:proofErr w:type="spellStart"/>
      <w:r>
        <w:rPr>
          <w:b/>
          <w:color w:val="DC192D"/>
          <w:sz w:val="24"/>
        </w:rPr>
        <w:t>актуально</w:t>
      </w:r>
      <w:proofErr w:type="spellEnd"/>
      <w:r>
        <w:rPr>
          <w:b/>
          <w:color w:val="DC192D"/>
          <w:sz w:val="24"/>
        </w:rPr>
        <w:t xml:space="preserve"> </w:t>
      </w:r>
      <w:proofErr w:type="spellStart"/>
      <w:r>
        <w:rPr>
          <w:b/>
          <w:color w:val="DC192D"/>
          <w:sz w:val="24"/>
        </w:rPr>
        <w:t>на</w:t>
      </w:r>
      <w:proofErr w:type="spellEnd"/>
      <w:r>
        <w:rPr>
          <w:b/>
          <w:color w:val="DC192D"/>
          <w:sz w:val="24"/>
        </w:rPr>
        <w:t xml:space="preserve"> 07.09.2026</w:t>
      </w:r>
    </w:p>
    <w:p w14:paraId="75FBB363" w14:textId="77777777" w:rsidR="00350988" w:rsidRPr="00CF15F4" w:rsidRDefault="00000000">
      <w:pPr>
        <w:spacing w:before="160" w:after="100"/>
        <w:rPr>
          <w:lang w:val="ru-RU"/>
        </w:rPr>
      </w:pPr>
      <w:r w:rsidRPr="00CF15F4">
        <w:rPr>
          <w:b/>
          <w:color w:val="005288"/>
          <w:sz w:val="26"/>
          <w:lang w:val="ru-RU"/>
        </w:rPr>
        <w:t>Ученики 8–9 классов</w:t>
      </w:r>
      <w:r w:rsidRPr="00CF15F4">
        <w:rPr>
          <w:b/>
          <w:color w:val="DC192D"/>
          <w:sz w:val="22"/>
          <w:lang w:val="ru-RU"/>
        </w:rPr>
        <w:t>. Формирование олимпиадного портфеля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944"/>
        <w:gridCol w:w="1800"/>
        <w:gridCol w:w="792"/>
        <w:gridCol w:w="1008"/>
        <w:gridCol w:w="1440"/>
        <w:gridCol w:w="1944"/>
        <w:gridCol w:w="1800"/>
        <w:gridCol w:w="1656"/>
      </w:tblGrid>
      <w:tr w:rsidR="00350988" w14:paraId="1505DB0E" w14:textId="77777777">
        <w:trPr>
          <w:cantSplit/>
          <w:tblHeader/>
          <w:jc w:val="center"/>
        </w:trPr>
        <w:tc>
          <w:tcPr>
            <w:tcW w:w="2376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41DE376" w14:textId="77777777" w:rsidR="00350988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Олимпиада</w:t>
            </w:r>
            <w:proofErr w:type="spellEnd"/>
          </w:p>
        </w:tc>
        <w:tc>
          <w:tcPr>
            <w:tcW w:w="1944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AC0182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Вуз / организатор</w:t>
            </w:r>
          </w:p>
        </w:tc>
        <w:tc>
          <w:tcPr>
            <w:tcW w:w="1800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6C29152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Направление</w:t>
            </w:r>
          </w:p>
        </w:tc>
        <w:tc>
          <w:tcPr>
            <w:tcW w:w="792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14DE05D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Классы</w:t>
            </w:r>
          </w:p>
        </w:tc>
        <w:tc>
          <w:tcPr>
            <w:tcW w:w="1008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3A52714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Уровень РСОШ*</w:t>
            </w:r>
          </w:p>
        </w:tc>
        <w:tc>
          <w:tcPr>
            <w:tcW w:w="1440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1D8F532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Дедлайн регистрации</w:t>
            </w:r>
          </w:p>
        </w:tc>
        <w:tc>
          <w:tcPr>
            <w:tcW w:w="1944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B434B37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Отборочный этап 2026/27</w:t>
            </w:r>
          </w:p>
        </w:tc>
        <w:tc>
          <w:tcPr>
            <w:tcW w:w="1800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FA964D6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Финальный этап 2026/27</w:t>
            </w:r>
          </w:p>
        </w:tc>
        <w:tc>
          <w:tcPr>
            <w:tcW w:w="1656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08E0FED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Регистрация / сайт организатора</w:t>
            </w:r>
          </w:p>
        </w:tc>
      </w:tr>
      <w:tr w:rsidR="00350988" w:rsidRPr="00CF15F4" w14:paraId="13A5560F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CB1678D" w14:textId="77777777" w:rsidR="00350988" w:rsidRDefault="00000000">
            <w:r>
              <w:rPr>
                <w:b/>
                <w:color w:val="005288"/>
                <w:sz w:val="14"/>
              </w:rPr>
              <w:t>«Высшая проба» — математика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CDE604A" w14:textId="77777777" w:rsidR="00350988" w:rsidRDefault="00000000">
            <w:r>
              <w:rPr>
                <w:sz w:val="14"/>
              </w:rPr>
              <w:t>НИУ ВШЭ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A20EF71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C8EA5DB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77D9A4D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8954A59" w14:textId="77777777" w:rsidR="00350988" w:rsidRDefault="00000000">
            <w:r>
              <w:rPr>
                <w:sz w:val="14"/>
              </w:rPr>
              <w:t>до 21.09.2026, 14:00 МСК (открыта)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2521205" w14:textId="77777777" w:rsidR="00350988" w:rsidRDefault="00000000">
            <w:r>
              <w:rPr>
                <w:sz w:val="14"/>
              </w:rPr>
              <w:t>1-й тур: 25.09–11.10.2026; 2-й тур: 13–22.11.2026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18A33EB" w14:textId="77777777" w:rsidR="00350988" w:rsidRPr="00975027" w:rsidRDefault="00000000">
            <w:pPr>
              <w:rPr>
                <w:lang w:val="ru-RU"/>
              </w:rPr>
            </w:pPr>
            <w:r>
              <w:rPr>
                <w:sz w:val="14"/>
                <w:lang w:val="ru-RU"/>
              </w:rPr>
              <w:t>05–15.02.2027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DF679A4" w14:textId="77777777" w:rsidR="008C78F1" w:rsidRPr="00CF15F4" w:rsidRDefault="00000000">
            <w:pPr>
              <w:rPr>
                <w:lang w:val="ru-RU"/>
              </w:rPr>
            </w:pPr>
            <w:r>
              <w:rPr>
                <w:color w:val="005288"/>
                <w:sz w:val="13"/>
              </w:rPr>
              <w:t>https</w:t>
            </w:r>
            <w:r w:rsidRPr="00CF15F4">
              <w:rPr>
                <w:color w:val="005288"/>
                <w:sz w:val="13"/>
                <w:lang w:val="ru-RU"/>
              </w:rPr>
              <w:t>://</w:t>
            </w:r>
            <w:proofErr w:type="spellStart"/>
            <w:r>
              <w:rPr>
                <w:color w:val="005288"/>
                <w:sz w:val="13"/>
              </w:rPr>
              <w:t>olymp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.</w:t>
            </w:r>
            <w:proofErr w:type="spellStart"/>
            <w:r>
              <w:rPr>
                <w:color w:val="005288"/>
                <w:sz w:val="13"/>
              </w:rPr>
              <w:t>hse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.</w:t>
            </w:r>
            <w:proofErr w:type="spellStart"/>
            <w:r>
              <w:rPr>
                <w:color w:val="005288"/>
                <w:sz w:val="13"/>
              </w:rPr>
              <w:t>ru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/</w:t>
            </w:r>
            <w:proofErr w:type="spellStart"/>
            <w:r>
              <w:rPr>
                <w:color w:val="005288"/>
                <w:sz w:val="13"/>
              </w:rPr>
              <w:t>mmo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/</w:t>
            </w:r>
          </w:p>
        </w:tc>
      </w:tr>
      <w:tr w:rsidR="00350988" w:rsidRPr="00CF15F4" w14:paraId="27C138E5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8E329E2" w14:textId="77777777" w:rsidR="00350988" w:rsidRDefault="00000000">
            <w:r>
              <w:rPr>
                <w:b/>
                <w:color w:val="005288"/>
                <w:sz w:val="14"/>
              </w:rPr>
              <w:t>«Высшая проба» — информатика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DCA91ED" w14:textId="77777777" w:rsidR="00350988" w:rsidRDefault="00000000">
            <w:r>
              <w:rPr>
                <w:sz w:val="14"/>
              </w:rPr>
              <w:t>НИУ ВШЭ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F4D0E3B" w14:textId="77777777" w:rsidR="00350988" w:rsidRDefault="00000000">
            <w:r>
              <w:rPr>
                <w:sz w:val="14"/>
              </w:rPr>
              <w:t>Информатика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A27E52A" w14:textId="77777777" w:rsidR="00350988" w:rsidRDefault="00000000">
            <w:pPr>
              <w:jc w:val="center"/>
            </w:pPr>
            <w:r>
              <w:rPr>
                <w:sz w:val="14"/>
              </w:rPr>
              <w:t>9–11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78F86A6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82D7B08" w14:textId="77777777" w:rsidR="00350988" w:rsidRDefault="00000000">
            <w:r>
              <w:rPr>
                <w:sz w:val="14"/>
              </w:rPr>
              <w:t>до 21.09.2026, 14:00 МСК (открыта)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3D58486" w14:textId="77777777" w:rsidR="00350988" w:rsidRDefault="00000000">
            <w:r>
              <w:rPr>
                <w:sz w:val="14"/>
              </w:rPr>
              <w:t>1-й тур: 25.09–11.10.2026; 2-й тур: 13–22.11.2026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149DF5F" w14:textId="77777777" w:rsidR="00350988" w:rsidRPr="00975027" w:rsidRDefault="00000000">
            <w:pPr>
              <w:rPr>
                <w:lang w:val="ru-RU"/>
              </w:rPr>
            </w:pPr>
            <w:r>
              <w:rPr>
                <w:sz w:val="14"/>
                <w:lang w:val="ru-RU"/>
              </w:rPr>
              <w:t>05–15.02.2027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A0B1F6B" w14:textId="77777777" w:rsidR="008C78F1" w:rsidRPr="00CF15F4" w:rsidRDefault="00000000">
            <w:pPr>
              <w:rPr>
                <w:lang w:val="ru-RU"/>
              </w:rPr>
            </w:pPr>
            <w:r>
              <w:rPr>
                <w:color w:val="005288"/>
                <w:sz w:val="13"/>
              </w:rPr>
              <w:t>https</w:t>
            </w:r>
            <w:r w:rsidRPr="00CF15F4">
              <w:rPr>
                <w:color w:val="005288"/>
                <w:sz w:val="13"/>
                <w:lang w:val="ru-RU"/>
              </w:rPr>
              <w:t>://</w:t>
            </w:r>
            <w:proofErr w:type="spellStart"/>
            <w:r>
              <w:rPr>
                <w:color w:val="005288"/>
                <w:sz w:val="13"/>
              </w:rPr>
              <w:t>olymp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.</w:t>
            </w:r>
            <w:proofErr w:type="spellStart"/>
            <w:r>
              <w:rPr>
                <w:color w:val="005288"/>
                <w:sz w:val="13"/>
              </w:rPr>
              <w:t>hse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.</w:t>
            </w:r>
            <w:proofErr w:type="spellStart"/>
            <w:r>
              <w:rPr>
                <w:color w:val="005288"/>
                <w:sz w:val="13"/>
              </w:rPr>
              <w:t>ru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/</w:t>
            </w:r>
            <w:proofErr w:type="spellStart"/>
            <w:r>
              <w:rPr>
                <w:color w:val="005288"/>
                <w:sz w:val="13"/>
              </w:rPr>
              <w:t>mmo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/</w:t>
            </w:r>
          </w:p>
        </w:tc>
      </w:tr>
      <w:tr w:rsidR="00350988" w:rsidRPr="00CF15F4" w14:paraId="7B76C909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AB067AF" w14:textId="77777777" w:rsidR="00350988" w:rsidRDefault="00000000">
            <w:r>
              <w:rPr>
                <w:b/>
                <w:color w:val="005288"/>
                <w:sz w:val="14"/>
              </w:rPr>
              <w:t>«Высшая проба» — инженерные науки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C866AC9" w14:textId="77777777" w:rsidR="00350988" w:rsidRDefault="00000000">
            <w:r>
              <w:rPr>
                <w:sz w:val="14"/>
              </w:rPr>
              <w:t>НИУ ВШЭ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BBB5C10" w14:textId="77777777" w:rsidR="00350988" w:rsidRDefault="00000000">
            <w:r>
              <w:rPr>
                <w:sz w:val="14"/>
              </w:rPr>
              <w:t>Инженерные науки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DC7B0C0" w14:textId="77777777" w:rsidR="00350988" w:rsidRDefault="00000000">
            <w:pPr>
              <w:jc w:val="center"/>
            </w:pPr>
            <w:r>
              <w:rPr>
                <w:sz w:val="14"/>
              </w:rPr>
              <w:t>9–11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0D46E9F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0A49E6F" w14:textId="77777777" w:rsidR="00350988" w:rsidRDefault="00000000">
            <w:r>
              <w:rPr>
                <w:sz w:val="14"/>
              </w:rPr>
              <w:t>до 21.09.2026, 14:00 МСК (открыта)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65EC58B" w14:textId="77777777" w:rsidR="00350988" w:rsidRDefault="00000000">
            <w:r>
              <w:rPr>
                <w:sz w:val="14"/>
              </w:rPr>
              <w:t>1-й тур: 25.09–11.10.2026; 2-й тур: 13–22.11.2026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CCD2854" w14:textId="77777777" w:rsidR="00350988" w:rsidRPr="00975027" w:rsidRDefault="00000000">
            <w:pPr>
              <w:rPr>
                <w:lang w:val="ru-RU"/>
              </w:rPr>
            </w:pPr>
            <w:r>
              <w:rPr>
                <w:sz w:val="14"/>
                <w:lang w:val="ru-RU"/>
              </w:rPr>
              <w:t>05–15.02.2027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5911F9F" w14:textId="77777777" w:rsidR="008C78F1" w:rsidRPr="00CF15F4" w:rsidRDefault="00000000">
            <w:pPr>
              <w:rPr>
                <w:lang w:val="ru-RU"/>
              </w:rPr>
            </w:pPr>
            <w:r>
              <w:rPr>
                <w:color w:val="005288"/>
                <w:sz w:val="13"/>
              </w:rPr>
              <w:t>https</w:t>
            </w:r>
            <w:r w:rsidRPr="00CF15F4">
              <w:rPr>
                <w:color w:val="005288"/>
                <w:sz w:val="13"/>
                <w:lang w:val="ru-RU"/>
              </w:rPr>
              <w:t>://</w:t>
            </w:r>
            <w:proofErr w:type="spellStart"/>
            <w:r>
              <w:rPr>
                <w:color w:val="005288"/>
                <w:sz w:val="13"/>
              </w:rPr>
              <w:t>olymp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.</w:t>
            </w:r>
            <w:proofErr w:type="spellStart"/>
            <w:r>
              <w:rPr>
                <w:color w:val="005288"/>
                <w:sz w:val="13"/>
              </w:rPr>
              <w:t>hse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.</w:t>
            </w:r>
            <w:proofErr w:type="spellStart"/>
            <w:r>
              <w:rPr>
                <w:color w:val="005288"/>
                <w:sz w:val="13"/>
              </w:rPr>
              <w:t>ru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/</w:t>
            </w:r>
            <w:proofErr w:type="spellStart"/>
            <w:r>
              <w:rPr>
                <w:color w:val="005288"/>
                <w:sz w:val="13"/>
              </w:rPr>
              <w:t>mmo</w:t>
            </w:r>
            <w:proofErr w:type="spellEnd"/>
            <w:r w:rsidRPr="00CF15F4">
              <w:rPr>
                <w:color w:val="005288"/>
                <w:sz w:val="13"/>
                <w:lang w:val="ru-RU"/>
              </w:rPr>
              <w:t>/</w:t>
            </w:r>
          </w:p>
        </w:tc>
      </w:tr>
      <w:tr w:rsidR="00350988" w14:paraId="2F10605B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70B59E7" w14:textId="77777777" w:rsidR="00350988" w:rsidRDefault="00000000">
            <w:r>
              <w:rPr>
                <w:b/>
                <w:color w:val="005288"/>
                <w:sz w:val="14"/>
              </w:rPr>
              <w:t>«Физтех» — математика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984C1AB" w14:textId="77777777" w:rsidR="00350988" w:rsidRDefault="00000000">
            <w:r>
              <w:rPr>
                <w:sz w:val="14"/>
              </w:rPr>
              <w:t>МФТИ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5069349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84D5360" w14:textId="77777777" w:rsidR="00350988" w:rsidRDefault="00000000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9846D61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8650478" w14:textId="77777777" w:rsidR="00350988" w:rsidRPr="00CF15F4" w:rsidRDefault="00000000">
            <w:pPr>
              <w:rPr>
                <w:lang w:val="ru-RU"/>
              </w:rPr>
            </w:pPr>
            <w:r w:rsidRPr="00CF15F4">
              <w:rPr>
                <w:sz w:val="14"/>
                <w:lang w:val="ru-RU"/>
              </w:rPr>
              <w:t>открыта; 1-й тур — до 10.10; 2-й — до 31.10.2026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6694E73" w14:textId="77777777" w:rsidR="00350988" w:rsidRDefault="00000000">
            <w:r>
              <w:rPr>
                <w:sz w:val="14"/>
              </w:rPr>
              <w:t xml:space="preserve">1-й </w:t>
            </w:r>
            <w:proofErr w:type="spellStart"/>
            <w:r>
              <w:rPr>
                <w:sz w:val="14"/>
              </w:rPr>
              <w:t>тур</w:t>
            </w:r>
            <w:proofErr w:type="spellEnd"/>
            <w:r>
              <w:rPr>
                <w:sz w:val="14"/>
              </w:rPr>
              <w:t xml:space="preserve"> — 11.10.2026; 2-й — 01.11.2026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0F39054" w14:textId="77777777" w:rsidR="00350988" w:rsidRDefault="00000000">
            <w:r>
              <w:rPr>
                <w:sz w:val="14"/>
              </w:rPr>
              <w:t>14.02.2027 (предварительно)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AF4DEB3" w14:textId="77777777" w:rsidR="008C78F1" w:rsidRDefault="00000000">
            <w:r>
              <w:rPr>
                <w:color w:val="005288"/>
                <w:sz w:val="13"/>
              </w:rPr>
              <w:t>https://olymp-online.mipt.ru/</w:t>
            </w:r>
          </w:p>
        </w:tc>
      </w:tr>
      <w:tr w:rsidR="00350988" w14:paraId="1EE89700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24D490B" w14:textId="77777777" w:rsidR="00350988" w:rsidRDefault="00000000">
            <w:r>
              <w:rPr>
                <w:b/>
                <w:color w:val="005288"/>
                <w:sz w:val="14"/>
              </w:rPr>
              <w:t>«Физтех» — физика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9F7F780" w14:textId="77777777" w:rsidR="00350988" w:rsidRDefault="00000000">
            <w:r>
              <w:rPr>
                <w:sz w:val="14"/>
              </w:rPr>
              <w:t>МФТИ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8DEAE70" w14:textId="77777777" w:rsidR="00350988" w:rsidRDefault="00000000">
            <w:r>
              <w:rPr>
                <w:sz w:val="14"/>
              </w:rPr>
              <w:t>Физика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1D6B65C" w14:textId="77777777" w:rsidR="00350988" w:rsidRDefault="00000000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51EBFB1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7AC9BBB" w14:textId="77777777" w:rsidR="00350988" w:rsidRPr="00CF15F4" w:rsidRDefault="00000000">
            <w:pPr>
              <w:rPr>
                <w:lang w:val="ru-RU"/>
              </w:rPr>
            </w:pPr>
            <w:r w:rsidRPr="00CF15F4">
              <w:rPr>
                <w:sz w:val="14"/>
                <w:lang w:val="ru-RU"/>
              </w:rPr>
              <w:t>открыта; 1-й тур — до 03.10; 2-й — до 24.10.2026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3DF11C8" w14:textId="77777777" w:rsidR="00350988" w:rsidRDefault="00000000">
            <w:r>
              <w:rPr>
                <w:sz w:val="14"/>
              </w:rPr>
              <w:t xml:space="preserve">1-й </w:t>
            </w:r>
            <w:proofErr w:type="spellStart"/>
            <w:r>
              <w:rPr>
                <w:sz w:val="14"/>
              </w:rPr>
              <w:t>тур</w:t>
            </w:r>
            <w:proofErr w:type="spellEnd"/>
            <w:r>
              <w:rPr>
                <w:sz w:val="14"/>
              </w:rPr>
              <w:t xml:space="preserve"> — 04.10.2026; 2-й — 25.10.2026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FB9C5A7" w14:textId="77777777" w:rsidR="00350988" w:rsidRDefault="00000000">
            <w:r>
              <w:rPr>
                <w:sz w:val="14"/>
              </w:rPr>
              <w:t>13.02.2027 (предварительно)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4E060A6" w14:textId="77777777" w:rsidR="008C78F1" w:rsidRDefault="00000000">
            <w:r>
              <w:rPr>
                <w:color w:val="005288"/>
                <w:sz w:val="13"/>
              </w:rPr>
              <w:t>https://olymp-online.mipt.ru/</w:t>
            </w:r>
          </w:p>
        </w:tc>
      </w:tr>
      <w:tr w:rsidR="00350988" w14:paraId="55108910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BF5948B" w14:textId="77777777" w:rsidR="00350988" w:rsidRDefault="00000000">
            <w:r>
              <w:rPr>
                <w:b/>
                <w:color w:val="005288"/>
                <w:sz w:val="14"/>
              </w:rPr>
              <w:t>«Физтех» — информатика и программирование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7508584" w14:textId="77777777" w:rsidR="00350988" w:rsidRDefault="00000000">
            <w:r>
              <w:rPr>
                <w:sz w:val="14"/>
              </w:rPr>
              <w:t>МФТИ и партнёры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71EFDCE" w14:textId="77777777" w:rsidR="00350988" w:rsidRDefault="00000000">
            <w:r>
              <w:rPr>
                <w:sz w:val="14"/>
              </w:rPr>
              <w:t>Информатика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AFBB48F" w14:textId="77777777" w:rsidR="00350988" w:rsidRDefault="00000000">
            <w:pPr>
              <w:jc w:val="center"/>
            </w:pPr>
            <w:r>
              <w:rPr>
                <w:sz w:val="14"/>
              </w:rPr>
              <w:t>8–11*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54A9AEF" w14:textId="77777777" w:rsidR="00350988" w:rsidRDefault="00000000">
            <w:pPr>
              <w:jc w:val="center"/>
            </w:pPr>
            <w:r>
              <w:rPr>
                <w:sz w:val="14"/>
              </w:rPr>
              <w:t>II 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267327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01C7F13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043E8EC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84B8A97" w14:textId="77777777" w:rsidR="008C78F1" w:rsidRDefault="00000000">
            <w:r>
              <w:rPr>
                <w:color w:val="005288"/>
                <w:sz w:val="13"/>
              </w:rPr>
              <w:t>https://olymp-online.mipt.ru/</w:t>
            </w:r>
          </w:p>
        </w:tc>
      </w:tr>
      <w:tr w:rsidR="00350988" w14:paraId="79631B28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6670C37" w14:textId="77777777" w:rsidR="00350988" w:rsidRDefault="00000000">
            <w:r>
              <w:rPr>
                <w:b/>
                <w:color w:val="005288"/>
                <w:sz w:val="14"/>
              </w:rPr>
              <w:t>«Росатом» — математика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4C9F47" w14:textId="77777777" w:rsidR="00350988" w:rsidRDefault="00000000">
            <w:r>
              <w:rPr>
                <w:sz w:val="14"/>
              </w:rPr>
              <w:t>НИЯУ МИФИ и 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8874608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8964F37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969AE32" w14:textId="77777777" w:rsidR="00350988" w:rsidRDefault="00000000">
            <w:pPr>
              <w:jc w:val="center"/>
            </w:pPr>
            <w:r>
              <w:rPr>
                <w:sz w:val="14"/>
              </w:rPr>
              <w:t>II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64C9D5D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43DD387" w14:textId="77777777" w:rsidR="00350988" w:rsidRDefault="00000000">
            <w:r>
              <w:rPr>
                <w:sz w:val="14"/>
              </w:rPr>
              <w:t>ориентир: ноябрь–декабрь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2E8943E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F8C0330" w14:textId="77777777" w:rsidR="008C78F1" w:rsidRDefault="00000000">
            <w:r>
              <w:rPr>
                <w:color w:val="005288"/>
                <w:sz w:val="13"/>
              </w:rPr>
              <w:t>https://olymp.mephi.ru/rosatom/</w:t>
            </w:r>
          </w:p>
        </w:tc>
      </w:tr>
      <w:tr w:rsidR="00350988" w14:paraId="5A2EE374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15BBC0" w14:textId="77777777" w:rsidR="00350988" w:rsidRDefault="00000000">
            <w:r>
              <w:rPr>
                <w:b/>
                <w:color w:val="005288"/>
                <w:sz w:val="14"/>
              </w:rPr>
              <w:t>«Росатом» — физика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ED09615" w14:textId="77777777" w:rsidR="00350988" w:rsidRDefault="00000000">
            <w:r>
              <w:rPr>
                <w:sz w:val="14"/>
              </w:rPr>
              <w:t>НИЯУ МИФИ и партнёры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31A7B99" w14:textId="77777777" w:rsidR="00350988" w:rsidRDefault="00000000">
            <w:r>
              <w:rPr>
                <w:sz w:val="14"/>
              </w:rPr>
              <w:t>Физика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A045980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3EA50D5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F2BB0E1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A2D75BD" w14:textId="77777777" w:rsidR="00350988" w:rsidRDefault="00000000">
            <w:r>
              <w:rPr>
                <w:sz w:val="14"/>
              </w:rPr>
              <w:t>ориентир: ноябрь–декабрь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D0AB0E0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E30335A" w14:textId="77777777" w:rsidR="008C78F1" w:rsidRDefault="00000000">
            <w:r>
              <w:rPr>
                <w:color w:val="005288"/>
                <w:sz w:val="13"/>
              </w:rPr>
              <w:t>https://olymp.mephi.ru/rosatom/</w:t>
            </w:r>
          </w:p>
        </w:tc>
      </w:tr>
      <w:tr w:rsidR="00350988" w14:paraId="7142D215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3D8B839" w14:textId="77777777" w:rsidR="00350988" w:rsidRDefault="00000000">
            <w:r>
              <w:rPr>
                <w:b/>
                <w:color w:val="005288"/>
                <w:sz w:val="14"/>
              </w:rPr>
              <w:t>«Ломоносов» — математика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C204FCE" w14:textId="77777777" w:rsidR="00350988" w:rsidRDefault="00000000">
            <w:r>
              <w:rPr>
                <w:sz w:val="14"/>
              </w:rPr>
              <w:t>МГУ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EA2574B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4FBC0B1" w14:textId="77777777" w:rsidR="00350988" w:rsidRDefault="00000000">
            <w:pPr>
              <w:jc w:val="center"/>
            </w:pPr>
            <w:r>
              <w:rPr>
                <w:sz w:val="14"/>
              </w:rPr>
              <w:t>5–11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91C4E71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DFA46E7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57EDD85" w14:textId="77777777" w:rsidR="00350988" w:rsidRDefault="00000000">
            <w:r>
              <w:rPr>
                <w:sz w:val="14"/>
              </w:rPr>
              <w:t>ориентир: ноябрь–декабрь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F04E360" w14:textId="77777777" w:rsidR="00350988" w:rsidRDefault="00000000">
            <w:r>
              <w:rPr>
                <w:sz w:val="14"/>
              </w:rPr>
              <w:t>ориентир: 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993AC39" w14:textId="77777777" w:rsidR="008C78F1" w:rsidRDefault="00000000">
            <w:r>
              <w:rPr>
                <w:color w:val="005288"/>
                <w:sz w:val="13"/>
              </w:rPr>
              <w:t>https://olymp.msu.ru/</w:t>
            </w:r>
          </w:p>
        </w:tc>
      </w:tr>
      <w:tr w:rsidR="00350988" w14:paraId="0CFBF730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B82657E" w14:textId="77777777" w:rsidR="00350988" w:rsidRDefault="00000000">
            <w:r>
              <w:rPr>
                <w:b/>
                <w:color w:val="005288"/>
                <w:sz w:val="14"/>
              </w:rPr>
              <w:t>«Ломоносов» — физика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47C61F9" w14:textId="77777777" w:rsidR="00350988" w:rsidRDefault="00000000">
            <w:r>
              <w:rPr>
                <w:sz w:val="14"/>
              </w:rPr>
              <w:t>МГУ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2C76712" w14:textId="77777777" w:rsidR="00350988" w:rsidRDefault="00000000">
            <w:r>
              <w:rPr>
                <w:sz w:val="14"/>
              </w:rPr>
              <w:t>Физика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6CA00AB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E8885F2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6878F5A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931BAE" w14:textId="77777777" w:rsidR="00350988" w:rsidRDefault="00000000">
            <w:r>
              <w:rPr>
                <w:sz w:val="14"/>
              </w:rPr>
              <w:t>ориентир: ноябрь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B99AD97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1A5495C" w14:textId="77777777" w:rsidR="008C78F1" w:rsidRDefault="00000000">
            <w:r>
              <w:rPr>
                <w:color w:val="005288"/>
                <w:sz w:val="13"/>
              </w:rPr>
              <w:t>https://olymp.msu.ru/</w:t>
            </w:r>
          </w:p>
        </w:tc>
      </w:tr>
      <w:tr w:rsidR="00350988" w14:paraId="0AAEAC4C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94698B9" w14:textId="77777777" w:rsidR="00350988" w:rsidRDefault="00000000">
            <w:r>
              <w:rPr>
                <w:b/>
                <w:color w:val="005288"/>
                <w:sz w:val="14"/>
              </w:rPr>
              <w:t>«Ломоносов» — информатика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45DB218" w14:textId="77777777" w:rsidR="00350988" w:rsidRDefault="00000000">
            <w:r>
              <w:rPr>
                <w:sz w:val="14"/>
              </w:rPr>
              <w:t>МГУ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9862818" w14:textId="77777777" w:rsidR="00350988" w:rsidRDefault="00000000">
            <w:r>
              <w:rPr>
                <w:sz w:val="14"/>
              </w:rPr>
              <w:t>Информатика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ABD17B5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3433F50" w14:textId="77777777" w:rsidR="00350988" w:rsidRDefault="00000000">
            <w:pPr>
              <w:jc w:val="center"/>
            </w:pPr>
            <w:r>
              <w:rPr>
                <w:sz w:val="14"/>
              </w:rPr>
              <w:t>уточняется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5E0C19F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A70B746" w14:textId="77777777" w:rsidR="00350988" w:rsidRDefault="00000000">
            <w:r>
              <w:rPr>
                <w:sz w:val="14"/>
              </w:rPr>
              <w:t>ориентир: ноябрь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133A8FC" w14:textId="77777777" w:rsidR="00350988" w:rsidRDefault="00000000">
            <w:r>
              <w:rPr>
                <w:sz w:val="14"/>
              </w:rPr>
              <w:t>ориентир: 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5E699FF" w14:textId="77777777" w:rsidR="008C78F1" w:rsidRDefault="00000000">
            <w:r>
              <w:rPr>
                <w:color w:val="005288"/>
                <w:sz w:val="13"/>
              </w:rPr>
              <w:t>https://olymp.msu.ru/</w:t>
            </w:r>
          </w:p>
        </w:tc>
      </w:tr>
      <w:tr w:rsidR="00350988" w14:paraId="6B089B82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149F39" w14:textId="77777777" w:rsidR="00350988" w:rsidRDefault="00000000">
            <w:r>
              <w:rPr>
                <w:b/>
                <w:color w:val="005288"/>
                <w:sz w:val="14"/>
              </w:rPr>
              <w:t>«Шаг в будущее» — математика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42D2FB7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48C496F" w14:textId="77777777" w:rsidR="00350988" w:rsidRDefault="00000000">
            <w:proofErr w:type="spellStart"/>
            <w:r>
              <w:rPr>
                <w:sz w:val="14"/>
              </w:rPr>
              <w:t>Математика</w:t>
            </w:r>
            <w:proofErr w:type="spellEnd"/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4EA0BE1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1D68770" w14:textId="77777777" w:rsidR="00350988" w:rsidRDefault="00000000">
            <w:pPr>
              <w:jc w:val="center"/>
            </w:pPr>
            <w:r>
              <w:rPr>
                <w:sz w:val="14"/>
              </w:rPr>
              <w:t>III 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E169F38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E6DE6B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уточняется (расписание 2026/27 ещё не опубликовано)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7EF75C0" w14:textId="77777777" w:rsidR="00350988" w:rsidRDefault="00000000">
            <w:proofErr w:type="spellStart"/>
            <w:r>
              <w:rPr>
                <w:sz w:val="14"/>
              </w:rPr>
              <w:t>ориентир</w:t>
            </w:r>
            <w:proofErr w:type="spellEnd"/>
            <w:r>
              <w:rPr>
                <w:sz w:val="14"/>
              </w:rPr>
              <w:t xml:space="preserve">: </w:t>
            </w:r>
            <w:proofErr w:type="spellStart"/>
            <w:r>
              <w:rPr>
                <w:sz w:val="14"/>
              </w:rPr>
              <w:t>февраль</w:t>
            </w:r>
            <w:proofErr w:type="spellEnd"/>
            <w:r>
              <w:rPr>
                <w:sz w:val="14"/>
              </w:rPr>
              <w:t>–</w:t>
            </w:r>
            <w:proofErr w:type="spellStart"/>
            <w:r>
              <w:rPr>
                <w:sz w:val="14"/>
              </w:rPr>
              <w:t>март</w:t>
            </w:r>
            <w:proofErr w:type="spellEnd"/>
            <w:r>
              <w:rPr>
                <w:sz w:val="14"/>
              </w:rPr>
              <w:t xml:space="preserve">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8854082" w14:textId="77777777" w:rsidR="008C78F1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198C4C1F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442B3BA" w14:textId="77777777" w:rsidR="00350988" w:rsidRDefault="00000000">
            <w:r>
              <w:rPr>
                <w:b/>
                <w:color w:val="005288"/>
                <w:sz w:val="14"/>
              </w:rPr>
              <w:t>«Шаг в будущее» — физика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DF5B6D1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6735E5E" w14:textId="77777777" w:rsidR="00350988" w:rsidRDefault="00000000">
            <w:proofErr w:type="spellStart"/>
            <w:r>
              <w:rPr>
                <w:sz w:val="14"/>
              </w:rPr>
              <w:t>Физика</w:t>
            </w:r>
            <w:proofErr w:type="spellEnd"/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2F8324F" w14:textId="77777777" w:rsidR="00350988" w:rsidRDefault="00000000">
            <w:pPr>
              <w:jc w:val="center"/>
            </w:pPr>
            <w:r>
              <w:rPr>
                <w:sz w:val="14"/>
              </w:rPr>
              <w:t>7–11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6AEEBB3" w14:textId="77777777" w:rsidR="00350988" w:rsidRDefault="00000000">
            <w:pPr>
              <w:jc w:val="center"/>
            </w:pPr>
            <w:r>
              <w:rPr>
                <w:sz w:val="14"/>
              </w:rPr>
              <w:t>II 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F94F430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068BE30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D550EE2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328A69B" w14:textId="77777777" w:rsidR="008C78F1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03F9669F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6510380" w14:textId="77777777" w:rsidR="00350988" w:rsidRDefault="00000000">
            <w:r>
              <w:rPr>
                <w:b/>
                <w:color w:val="005288"/>
                <w:sz w:val="14"/>
              </w:rPr>
              <w:t>«Шаг в будущее» — информатика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D000EDA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646BABA" w14:textId="77777777" w:rsidR="00350988" w:rsidRDefault="00000000">
            <w:proofErr w:type="spellStart"/>
            <w:r>
              <w:rPr>
                <w:sz w:val="14"/>
              </w:rPr>
              <w:t>Информатика</w:t>
            </w:r>
            <w:proofErr w:type="spellEnd"/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276633D" w14:textId="77777777" w:rsidR="00350988" w:rsidRDefault="00000000">
            <w:pPr>
              <w:jc w:val="center"/>
            </w:pPr>
            <w:r>
              <w:rPr>
                <w:sz w:val="14"/>
              </w:rPr>
              <w:t>8–11*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2C9E3B1" w14:textId="77777777" w:rsidR="00350988" w:rsidRDefault="00000000">
            <w:pPr>
              <w:jc w:val="center"/>
            </w:pPr>
            <w:r>
              <w:rPr>
                <w:sz w:val="14"/>
              </w:rPr>
              <w:t>III 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630D08C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9BD5D22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0AAA5C3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DA5FD76" w14:textId="77777777" w:rsidR="008C78F1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0EEBF6E8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1E29192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b/>
                <w:color w:val="005288"/>
                <w:sz w:val="14"/>
                <w:lang w:val="ru-RU"/>
              </w:rPr>
              <w:t>«Шаг в будущее» — инженерное дело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BF73D2B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6F27E21" w14:textId="77777777" w:rsidR="00350988" w:rsidRDefault="00000000">
            <w:proofErr w:type="spellStart"/>
            <w:r>
              <w:rPr>
                <w:sz w:val="14"/>
              </w:rPr>
              <w:t>Инженерное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дело</w:t>
            </w:r>
            <w:proofErr w:type="spellEnd"/>
            <w:r>
              <w:rPr>
                <w:sz w:val="14"/>
              </w:rPr>
              <w:t xml:space="preserve"> / ИБ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FDD73DA" w14:textId="77777777" w:rsidR="00350988" w:rsidRDefault="00000000">
            <w:pPr>
              <w:jc w:val="center"/>
            </w:pPr>
            <w:r>
              <w:rPr>
                <w:sz w:val="14"/>
              </w:rPr>
              <w:t>8–11*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DB2776C" w14:textId="77777777" w:rsidR="00350988" w:rsidRDefault="00000000">
            <w:pPr>
              <w:jc w:val="center"/>
            </w:pPr>
            <w:r>
              <w:rPr>
                <w:sz w:val="14"/>
              </w:rPr>
              <w:t>II 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29C1C36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F32361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FA0F8F6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D7BBC19" w14:textId="77777777" w:rsidR="008C78F1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64E7119B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D6BE472" w14:textId="77777777" w:rsidR="00350988" w:rsidRDefault="00000000">
            <w:r>
              <w:rPr>
                <w:b/>
                <w:color w:val="005288"/>
                <w:sz w:val="14"/>
              </w:rPr>
              <w:lastRenderedPageBreak/>
              <w:t>«ТехноКубок»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F27ABCC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 xml:space="preserve">МФТИ, МГТУ им. Баумана, </w:t>
            </w:r>
            <w:r>
              <w:rPr>
                <w:sz w:val="14"/>
              </w:rPr>
              <w:t>VK</w:t>
            </w:r>
            <w:r w:rsidRPr="00975027">
              <w:rPr>
                <w:sz w:val="14"/>
                <w:lang w:val="ru-RU"/>
              </w:rPr>
              <w:t xml:space="preserve"> и партнёры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FF6AEC4" w14:textId="77777777" w:rsidR="00350988" w:rsidRDefault="00000000">
            <w:proofErr w:type="spellStart"/>
            <w:r>
              <w:rPr>
                <w:sz w:val="14"/>
              </w:rPr>
              <w:t>Программирование</w:t>
            </w:r>
            <w:proofErr w:type="spellEnd"/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59B6035" w14:textId="77777777" w:rsidR="00350988" w:rsidRDefault="00000000">
            <w:pPr>
              <w:jc w:val="center"/>
            </w:pPr>
            <w:r>
              <w:rPr>
                <w:sz w:val="14"/>
              </w:rPr>
              <w:t>8–11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4C6A446" w14:textId="77777777" w:rsidR="00350988" w:rsidRDefault="00000000">
            <w:pPr>
              <w:jc w:val="center"/>
            </w:pPr>
            <w:r>
              <w:rPr>
                <w:sz w:val="14"/>
              </w:rPr>
              <w:t>I 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398F528" w14:textId="77777777" w:rsidR="00350988" w:rsidRDefault="00000000">
            <w:r>
              <w:rPr>
                <w:sz w:val="14"/>
              </w:rPr>
              <w:t>открыта; дедлайн 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E01F6AA" w14:textId="77777777" w:rsidR="00350988" w:rsidRPr="00975027" w:rsidRDefault="00000000">
            <w:pPr>
              <w:rPr>
                <w:lang w:val="ru-RU"/>
              </w:rPr>
            </w:pPr>
            <w:r>
              <w:rPr>
                <w:sz w:val="14"/>
                <w:lang w:val="ru-RU"/>
              </w:rPr>
              <w:t>сроки сезона 2026/27 уточняются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C60D09E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3016CA" w14:textId="77777777" w:rsidR="008C78F1" w:rsidRDefault="00000000">
            <w:r>
              <w:rPr>
                <w:color w:val="005288"/>
                <w:sz w:val="13"/>
              </w:rPr>
              <w:t>https://techno-cup.ru/</w:t>
            </w:r>
          </w:p>
        </w:tc>
      </w:tr>
      <w:tr w:rsidR="00350988" w14:paraId="6501C788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F9B596D" w14:textId="77777777" w:rsidR="00350988" w:rsidRPr="00975027" w:rsidRDefault="00000000">
            <w:pPr>
              <w:rPr>
                <w:lang w:val="ru-RU"/>
              </w:rPr>
            </w:pPr>
            <w:proofErr w:type="spellStart"/>
            <w:r>
              <w:rPr>
                <w:b/>
                <w:color w:val="005288"/>
                <w:sz w:val="14"/>
              </w:rPr>
              <w:t>Innopolis</w:t>
            </w:r>
            <w:proofErr w:type="spellEnd"/>
            <w:r w:rsidRPr="00975027">
              <w:rPr>
                <w:b/>
                <w:color w:val="005288"/>
                <w:sz w:val="14"/>
                <w:lang w:val="ru-RU"/>
              </w:rPr>
              <w:t xml:space="preserve"> </w:t>
            </w:r>
            <w:r>
              <w:rPr>
                <w:b/>
                <w:color w:val="005288"/>
                <w:sz w:val="14"/>
              </w:rPr>
              <w:t>Open</w:t>
            </w:r>
            <w:r w:rsidRPr="00975027">
              <w:rPr>
                <w:b/>
                <w:color w:val="005288"/>
                <w:sz w:val="14"/>
                <w:lang w:val="ru-RU"/>
              </w:rPr>
              <w:t xml:space="preserve"> / Международная олимпиада Иннополиса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5C27693" w14:textId="77777777" w:rsidR="00350988" w:rsidRDefault="00000000">
            <w:proofErr w:type="spellStart"/>
            <w:r>
              <w:rPr>
                <w:sz w:val="14"/>
              </w:rPr>
              <w:t>Университет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Иннополис</w:t>
            </w:r>
            <w:proofErr w:type="spellEnd"/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04BC649" w14:textId="77777777" w:rsidR="00350988" w:rsidRDefault="00000000">
            <w:r>
              <w:rPr>
                <w:sz w:val="14"/>
              </w:rPr>
              <w:t>Информатика / информационная безопасность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602B30B" w14:textId="77777777" w:rsidR="00350988" w:rsidRDefault="00000000">
            <w:pPr>
              <w:jc w:val="center"/>
            </w:pPr>
            <w:r>
              <w:rPr>
                <w:sz w:val="14"/>
              </w:rPr>
              <w:t>8–11*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09B5C48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32FDADF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DEC7701" w14:textId="77777777" w:rsidR="00350988" w:rsidRDefault="00000000">
            <w:r>
              <w:rPr>
                <w:sz w:val="14"/>
              </w:rPr>
              <w:t>ориентир: осень–зима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39E2613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5277008" w14:textId="77777777" w:rsidR="008C78F1" w:rsidRDefault="00000000">
            <w:r>
              <w:rPr>
                <w:color w:val="005288"/>
                <w:sz w:val="13"/>
              </w:rPr>
              <w:t>https://olymp.innopolis.ru/</w:t>
            </w:r>
          </w:p>
        </w:tc>
      </w:tr>
      <w:tr w:rsidR="00350988" w14:paraId="6C170F46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050AA70" w14:textId="77777777" w:rsidR="00350988" w:rsidRDefault="00000000">
            <w:r>
              <w:rPr>
                <w:b/>
                <w:color w:val="005288"/>
                <w:sz w:val="14"/>
              </w:rPr>
              <w:t>Национальная технологическая олимпиада (НТО)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1A75219" w14:textId="77777777" w:rsidR="00350988" w:rsidRDefault="00000000">
            <w:r>
              <w:rPr>
                <w:sz w:val="14"/>
              </w:rPr>
              <w:t>Кружковое движение / вузы-партнёры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B054088" w14:textId="77777777" w:rsidR="00350988" w:rsidRDefault="00000000">
            <w:r>
              <w:rPr>
                <w:sz w:val="14"/>
              </w:rPr>
              <w:t>ИБ, ИИ, программирование, инженерия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38964C4" w14:textId="77777777" w:rsidR="00350988" w:rsidRDefault="00000000">
            <w:pPr>
              <w:jc w:val="center"/>
            </w:pPr>
            <w:r>
              <w:rPr>
                <w:sz w:val="14"/>
              </w:rPr>
              <w:t>8–11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8EBA3DC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2F9F93F" w14:textId="77777777" w:rsidR="00350988" w:rsidRDefault="00000000">
            <w:r>
              <w:rPr>
                <w:sz w:val="14"/>
              </w:rPr>
              <w:t>до 22.10.2026 (открыта)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ADBED47" w14:textId="77777777" w:rsidR="00350988" w:rsidRDefault="00000000">
            <w:r>
              <w:rPr>
                <w:sz w:val="14"/>
              </w:rPr>
              <w:t>I этап: 17.09–23.10.2026; II этап: 05.11–07/11.12.2026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22AC5AF" w14:textId="77777777" w:rsidR="00350988" w:rsidRDefault="00000000">
            <w:r>
              <w:rPr>
                <w:sz w:val="14"/>
              </w:rPr>
              <w:t>февраль–апрель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DEEC562" w14:textId="77777777" w:rsidR="008C78F1" w:rsidRDefault="00000000">
            <w:r>
              <w:rPr>
                <w:color w:val="005288"/>
                <w:sz w:val="13"/>
              </w:rPr>
              <w:t>https://ntcontest.ru/</w:t>
            </w:r>
          </w:p>
        </w:tc>
      </w:tr>
      <w:tr w:rsidR="00350988" w14:paraId="346AC5D9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BB1E5FE" w14:textId="77777777" w:rsidR="00350988" w:rsidRDefault="00000000">
            <w:r>
              <w:rPr>
                <w:b/>
                <w:color w:val="005288"/>
                <w:sz w:val="14"/>
              </w:rPr>
              <w:t>Инженерная олимпиада школьников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2D11AF7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НИЯУ МИФИ и вузы-партнёры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B043978" w14:textId="77777777" w:rsidR="00350988" w:rsidRDefault="00000000">
            <w:proofErr w:type="spellStart"/>
            <w:r>
              <w:rPr>
                <w:sz w:val="14"/>
              </w:rPr>
              <w:t>Физика</w:t>
            </w:r>
            <w:proofErr w:type="spellEnd"/>
            <w:r>
              <w:rPr>
                <w:sz w:val="14"/>
              </w:rPr>
              <w:t xml:space="preserve"> / </w:t>
            </w:r>
            <w:proofErr w:type="spellStart"/>
            <w:r>
              <w:rPr>
                <w:sz w:val="14"/>
              </w:rPr>
              <w:t>инженерия</w:t>
            </w:r>
            <w:proofErr w:type="spellEnd"/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C1D6BDD" w14:textId="77777777" w:rsidR="00350988" w:rsidRDefault="00000000">
            <w:pPr>
              <w:jc w:val="center"/>
            </w:pPr>
            <w:r>
              <w:rPr>
                <w:sz w:val="14"/>
              </w:rPr>
              <w:t>9–11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FBFE1C3" w14:textId="77777777" w:rsidR="00350988" w:rsidRDefault="00000000">
            <w:pPr>
              <w:jc w:val="center"/>
            </w:pPr>
            <w:r>
              <w:rPr>
                <w:sz w:val="14"/>
              </w:rPr>
              <w:t>II (ориентир)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F44E5EF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135D17A" w14:textId="77777777" w:rsidR="00350988" w:rsidRDefault="00000000">
            <w:r>
              <w:rPr>
                <w:sz w:val="14"/>
              </w:rPr>
              <w:t>ориентир: ноябрь 2026 – январь 2027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8B1EC06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CB84639" w14:textId="77777777" w:rsidR="008C78F1" w:rsidRDefault="00000000">
            <w:r>
              <w:rPr>
                <w:color w:val="005288"/>
                <w:sz w:val="13"/>
              </w:rPr>
              <w:t>https://admission.mephi.ru/olympiads/engineer</w:t>
            </w:r>
          </w:p>
        </w:tc>
      </w:tr>
      <w:tr w:rsidR="00350988" w14:paraId="4A76F22E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F34DC73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b/>
                <w:color w:val="005288"/>
                <w:sz w:val="14"/>
                <w:lang w:val="ru-RU"/>
              </w:rPr>
              <w:t>Московская олимпиада школьников по информационной безопасности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9FA1C54" w14:textId="77777777" w:rsidR="00350988" w:rsidRDefault="00000000">
            <w:proofErr w:type="spellStart"/>
            <w:r>
              <w:rPr>
                <w:sz w:val="14"/>
              </w:rPr>
              <w:t>Оргкомитет</w:t>
            </w:r>
            <w:proofErr w:type="spellEnd"/>
            <w:r>
              <w:rPr>
                <w:sz w:val="14"/>
              </w:rPr>
              <w:t xml:space="preserve"> МОШ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B1D9E00" w14:textId="77777777" w:rsidR="00350988" w:rsidRDefault="00000000">
            <w:r>
              <w:rPr>
                <w:sz w:val="14"/>
              </w:rPr>
              <w:t>Информационная безопасность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A435DE3" w14:textId="77777777" w:rsidR="00350988" w:rsidRDefault="00000000">
            <w:pPr>
              <w:jc w:val="center"/>
            </w:pPr>
            <w:r>
              <w:rPr>
                <w:sz w:val="14"/>
              </w:rPr>
              <w:t>7–10*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57598EB" w14:textId="77777777" w:rsidR="00350988" w:rsidRDefault="00000000">
            <w:pPr>
              <w:jc w:val="center"/>
            </w:pPr>
            <w:r>
              <w:rPr>
                <w:sz w:val="14"/>
              </w:rPr>
              <w:t>—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B7845D7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01C141B" w14:textId="77777777" w:rsidR="00350988" w:rsidRDefault="00000000">
            <w:r>
              <w:rPr>
                <w:sz w:val="14"/>
              </w:rPr>
              <w:t>ориентир: ноябрь 2026 – январь 2027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03C4932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3D0C089" w14:textId="77777777" w:rsidR="008C78F1" w:rsidRDefault="00000000">
            <w:r>
              <w:rPr>
                <w:color w:val="005288"/>
                <w:sz w:val="13"/>
              </w:rPr>
              <w:t>https://mos-ib.olimpiada.ru/</w:t>
            </w:r>
          </w:p>
        </w:tc>
      </w:tr>
    </w:tbl>
    <w:p w14:paraId="5035A135" w14:textId="77777777" w:rsidR="00975027" w:rsidRPr="00975027" w:rsidRDefault="00975027" w:rsidP="00975027">
      <w:pPr>
        <w:spacing w:before="200"/>
        <w:rPr>
          <w:lang w:val="ru-RU"/>
        </w:rPr>
      </w:pPr>
      <w:r w:rsidRPr="00975027">
        <w:rPr>
          <w:i/>
          <w:color w:val="505050"/>
          <w:sz w:val="17"/>
          <w:lang w:val="ru-RU"/>
        </w:rPr>
        <w:t>* Официальный Перечень олимпиад школьников на 2026/27 учебный год ещё не утверждён. Уровни олимпиады ориентированы на действующий перечень 2025/26 и опубликованный проект/информацию организаторов. Календарь будет обновляться по мере поступления официальной информации.</w:t>
      </w:r>
    </w:p>
    <w:p w14:paraId="34764792" w14:textId="77777777" w:rsidR="00975027" w:rsidRPr="00975027" w:rsidRDefault="00975027" w:rsidP="00975027">
      <w:pPr>
        <w:rPr>
          <w:lang w:val="ru-RU"/>
        </w:rPr>
      </w:pPr>
      <w:r w:rsidRPr="00975027">
        <w:rPr>
          <w:color w:val="5A5A5A"/>
          <w:lang w:val="ru-RU"/>
        </w:rPr>
        <w:t>Примечание: формулировка «ориентир» означает ожидаемый период по календарям предыдущего сезона и/или текущей информации организаторов; это не утверждённая дата 2026/27. Там, где официальный срок уже опубликован организатором, указана конкретная дата.</w:t>
      </w:r>
    </w:p>
    <w:sectPr w:rsidR="00975027" w:rsidRPr="00975027" w:rsidSect="00034616">
      <w:headerReference w:type="default" r:id="rId8"/>
      <w:pgSz w:w="16834" w:h="11909" w:orient="landscape"/>
      <w:pgMar w:top="1181" w:right="576" w:bottom="648" w:left="576" w:header="17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4B29" w14:textId="77777777" w:rsidR="006E09A0" w:rsidRDefault="006E09A0">
      <w:pPr>
        <w:spacing w:after="0" w:line="240" w:lineRule="auto"/>
      </w:pPr>
      <w:r>
        <w:separator/>
      </w:r>
    </w:p>
  </w:endnote>
  <w:endnote w:type="continuationSeparator" w:id="0">
    <w:p w14:paraId="3606CEDC" w14:textId="77777777" w:rsidR="006E09A0" w:rsidRDefault="006E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E608" w14:textId="77777777" w:rsidR="006E09A0" w:rsidRDefault="006E09A0">
      <w:pPr>
        <w:spacing w:after="0" w:line="240" w:lineRule="auto"/>
      </w:pPr>
      <w:r>
        <w:separator/>
      </w:r>
    </w:p>
  </w:footnote>
  <w:footnote w:type="continuationSeparator" w:id="0">
    <w:p w14:paraId="76EF3CFB" w14:textId="77777777" w:rsidR="006E09A0" w:rsidRDefault="006E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4834" w14:textId="77777777" w:rsidR="008C78F1" w:rsidRDefault="008C78F1"/>
  <w:tbl>
    <w:tblPr>
      <w:tblW w:w="0" w:type="auto"/>
      <w:tblLayout w:type="fixed"/>
      <w:tblLook w:val="04A0" w:firstRow="1" w:lastRow="0" w:firstColumn="1" w:lastColumn="0" w:noHBand="0" w:noVBand="1"/>
    </w:tblPr>
    <w:tblGrid>
      <w:gridCol w:w="7841"/>
      <w:gridCol w:w="7841"/>
    </w:tblGrid>
    <w:tr w:rsidR="008C78F1" w14:paraId="7AC0BC94" w14:textId="77777777">
      <w:tc>
        <w:tcPr>
          <w:tcW w:w="7841" w:type="dxa"/>
          <w:tcBorders>
            <w:top w:val="nil"/>
            <w:left w:val="nil"/>
            <w:bottom w:val="nil"/>
            <w:right w:val="nil"/>
          </w:tcBorders>
        </w:tcPr>
        <w:p w14:paraId="188ED02E" w14:textId="77777777" w:rsidR="008C78F1" w:rsidRDefault="008C78F1"/>
      </w:tc>
      <w:tc>
        <w:tcPr>
          <w:tcW w:w="7841" w:type="dxa"/>
          <w:tcBorders>
            <w:top w:val="nil"/>
            <w:left w:val="nil"/>
            <w:bottom w:val="nil"/>
            <w:right w:val="nil"/>
          </w:tcBorders>
        </w:tcPr>
        <w:p w14:paraId="39D52DA8" w14:textId="77777777" w:rsidR="008C78F1" w:rsidRDefault="00000000">
          <w:pPr>
            <w:spacing w:after="20"/>
            <w:jc w:val="right"/>
          </w:pPr>
          <w:r>
            <w:rPr>
              <w:noProof/>
            </w:rPr>
            <w:drawing>
              <wp:inline distT="0" distB="0" distL="0" distR="0" wp14:anchorId="17015D7C" wp14:editId="2A6C2A1A">
                <wp:extent cx="1572768" cy="80899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уменьшен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2768" cy="808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4561AB" w14:textId="77777777" w:rsidR="008C78F1" w:rsidRDefault="00000000">
          <w:pPr>
            <w:spacing w:after="0"/>
            <w:jc w:val="right"/>
          </w:pPr>
          <w:proofErr w:type="gramStart"/>
          <w:r>
            <w:rPr>
              <w:b/>
              <w:color w:val="005288"/>
              <w:sz w:val="15"/>
            </w:rPr>
            <w:t>www.librastudy.ru  |</w:t>
          </w:r>
          <w:proofErr w:type="gramEnd"/>
          <w:r>
            <w:rPr>
              <w:b/>
              <w:color w:val="005288"/>
              <w:sz w:val="15"/>
            </w:rPr>
            <w:t xml:space="preserve">  +7(347)294-83-30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611183">
    <w:abstractNumId w:val="8"/>
  </w:num>
  <w:num w:numId="2" w16cid:durableId="172305973">
    <w:abstractNumId w:val="6"/>
  </w:num>
  <w:num w:numId="3" w16cid:durableId="506555585">
    <w:abstractNumId w:val="5"/>
  </w:num>
  <w:num w:numId="4" w16cid:durableId="631718990">
    <w:abstractNumId w:val="4"/>
  </w:num>
  <w:num w:numId="5" w16cid:durableId="1192496504">
    <w:abstractNumId w:val="7"/>
  </w:num>
  <w:num w:numId="6" w16cid:durableId="1521629363">
    <w:abstractNumId w:val="3"/>
  </w:num>
  <w:num w:numId="7" w16cid:durableId="752167533">
    <w:abstractNumId w:val="2"/>
  </w:num>
  <w:num w:numId="8" w16cid:durableId="380981388">
    <w:abstractNumId w:val="1"/>
  </w:num>
  <w:num w:numId="9" w16cid:durableId="166771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0988"/>
    <w:rsid w:val="006E09A0"/>
    <w:rsid w:val="008C78F1"/>
    <w:rsid w:val="00975027"/>
    <w:rsid w:val="009E3D33"/>
    <w:rsid w:val="00AA1D8D"/>
    <w:rsid w:val="00B47730"/>
    <w:rsid w:val="00C12009"/>
    <w:rsid w:val="00CB0664"/>
    <w:rsid w:val="00CF15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F7821"/>
  <w14:defaultImageDpi w14:val="300"/>
  <w15:docId w15:val="{2C531A35-C81B-401C-8A6D-FCAA8914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75027"/>
    <w:rPr>
      <w:rFonts w:ascii="Arial" w:hAnsi="Arial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Лилия Мусина</cp:lastModifiedBy>
  <cp:revision>2</cp:revision>
  <dcterms:created xsi:type="dcterms:W3CDTF">2026-09-07T14:52:00Z</dcterms:created>
  <dcterms:modified xsi:type="dcterms:W3CDTF">2026-09-07T14:52:00Z</dcterms:modified>
  <cp:category/>
</cp:coreProperties>
</file>