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2B48" w14:textId="2A163B30" w:rsidR="00407205" w:rsidRDefault="00E2012C">
      <w:pPr>
        <w:jc w:val="center"/>
        <w:rPr>
          <w:b/>
          <w:color w:val="005288"/>
          <w:sz w:val="36"/>
          <w:lang w:val="ru-RU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57A3444" wp14:editId="64FF746C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815340" cy="8153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205">
        <w:rPr>
          <w:b/>
          <w:noProof/>
          <w:color w:val="005288"/>
          <w:sz w:val="36"/>
          <w:lang w:val="ru-RU"/>
        </w:rPr>
        <w:drawing>
          <wp:anchor distT="0" distB="0" distL="114300" distR="114300" simplePos="0" relativeHeight="251658240" behindDoc="0" locked="0" layoutInCell="1" allowOverlap="1" wp14:anchorId="127566E0" wp14:editId="0E8CFFD9">
            <wp:simplePos x="0" y="0"/>
            <wp:positionH relativeFrom="column">
              <wp:posOffset>8450580</wp:posOffset>
            </wp:positionH>
            <wp:positionV relativeFrom="paragraph">
              <wp:posOffset>-361315</wp:posOffset>
            </wp:positionV>
            <wp:extent cx="1572895" cy="810895"/>
            <wp:effectExtent l="0" t="0" r="8255" b="8255"/>
            <wp:wrapNone/>
            <wp:docPr id="19457733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E34264" w14:textId="77777777" w:rsidR="00E2012C" w:rsidRDefault="00E2012C" w:rsidP="00E2012C">
      <w:pPr>
        <w:ind w:left="12240" w:firstLine="720"/>
        <w:jc w:val="center"/>
        <w:rPr>
          <w:b/>
          <w:color w:val="005288"/>
          <w:sz w:val="36"/>
          <w:lang w:val="ru-RU"/>
        </w:rPr>
      </w:pPr>
      <w:proofErr w:type="gramStart"/>
      <w:r>
        <w:rPr>
          <w:b/>
          <w:color w:val="005288"/>
          <w:sz w:val="15"/>
        </w:rPr>
        <w:t>www</w:t>
      </w:r>
      <w:r w:rsidRPr="00407205">
        <w:rPr>
          <w:b/>
          <w:color w:val="005288"/>
          <w:sz w:val="15"/>
          <w:lang w:val="ru-RU"/>
        </w:rPr>
        <w:t>.</w:t>
      </w:r>
      <w:r>
        <w:rPr>
          <w:b/>
          <w:color w:val="005288"/>
          <w:sz w:val="15"/>
        </w:rPr>
        <w:t>librastudy</w:t>
      </w:r>
      <w:r w:rsidRPr="00407205">
        <w:rPr>
          <w:b/>
          <w:color w:val="005288"/>
          <w:sz w:val="15"/>
          <w:lang w:val="ru-RU"/>
        </w:rPr>
        <w:t>.</w:t>
      </w:r>
      <w:r>
        <w:rPr>
          <w:b/>
          <w:color w:val="005288"/>
          <w:sz w:val="15"/>
        </w:rPr>
        <w:t>ru</w:t>
      </w:r>
      <w:r w:rsidRPr="00407205">
        <w:rPr>
          <w:b/>
          <w:color w:val="005288"/>
          <w:sz w:val="15"/>
          <w:lang w:val="ru-RU"/>
        </w:rPr>
        <w:t xml:space="preserve">  |</w:t>
      </w:r>
      <w:proofErr w:type="gramEnd"/>
      <w:r w:rsidRPr="00407205">
        <w:rPr>
          <w:b/>
          <w:color w:val="005288"/>
          <w:sz w:val="15"/>
          <w:lang w:val="ru-RU"/>
        </w:rPr>
        <w:t xml:space="preserve">  +7(347)294-83-30</w:t>
      </w:r>
    </w:p>
    <w:p w14:paraId="1C435720" w14:textId="04D03776" w:rsidR="00350988" w:rsidRPr="00975027" w:rsidRDefault="00000000">
      <w:pPr>
        <w:jc w:val="center"/>
        <w:rPr>
          <w:lang w:val="ru-RU"/>
        </w:rPr>
      </w:pPr>
      <w:r w:rsidRPr="00975027">
        <w:rPr>
          <w:b/>
          <w:color w:val="005288"/>
          <w:sz w:val="36"/>
          <w:lang w:val="ru-RU"/>
        </w:rPr>
        <w:t>РАБОЧИЙ КАЛЕНДАРЬ ОЛИМПИАДНОЙ ПОДГОТОВКИ</w:t>
      </w:r>
    </w:p>
    <w:p w14:paraId="5E721740" w14:textId="77777777" w:rsidR="00350988" w:rsidRPr="00975027" w:rsidRDefault="00000000">
      <w:pPr>
        <w:jc w:val="center"/>
        <w:rPr>
          <w:lang w:val="ru-RU"/>
        </w:rPr>
      </w:pPr>
      <w:r w:rsidRPr="00975027">
        <w:rPr>
          <w:b/>
          <w:color w:val="DC192D"/>
          <w:sz w:val="24"/>
          <w:lang w:val="ru-RU"/>
        </w:rPr>
        <w:t>2026/2027 учебный год</w:t>
      </w:r>
    </w:p>
    <w:p w14:paraId="59F2EE08" w14:textId="53752904" w:rsidR="00350988" w:rsidRPr="00975027" w:rsidRDefault="00535C29">
      <w:pPr>
        <w:spacing w:before="160" w:after="100"/>
        <w:rPr>
          <w:lang w:val="ru-RU"/>
        </w:rPr>
      </w:pPr>
      <w:r>
        <w:rPr>
          <w:b/>
          <w:color w:val="005288"/>
          <w:sz w:val="26"/>
          <w:lang w:val="ru-RU"/>
        </w:rPr>
        <w:t xml:space="preserve">      </w:t>
      </w:r>
      <w:r w:rsidRPr="00975027">
        <w:rPr>
          <w:b/>
          <w:color w:val="005288"/>
          <w:sz w:val="26"/>
          <w:lang w:val="ru-RU"/>
        </w:rPr>
        <w:t>Ученики 5–7 классов</w:t>
      </w:r>
      <w:r w:rsidRPr="00975027">
        <w:rPr>
          <w:b/>
          <w:color w:val="DC192D"/>
          <w:sz w:val="22"/>
          <w:lang w:val="ru-RU"/>
        </w:rPr>
        <w:t>. Олимпиадная база и ранняя профориентация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944"/>
        <w:gridCol w:w="1800"/>
        <w:gridCol w:w="792"/>
        <w:gridCol w:w="1305"/>
        <w:gridCol w:w="1276"/>
        <w:gridCol w:w="1811"/>
        <w:gridCol w:w="1800"/>
        <w:gridCol w:w="1656"/>
      </w:tblGrid>
      <w:tr w:rsidR="00350988" w14:paraId="3577550E" w14:textId="77777777" w:rsidTr="00962D54">
        <w:trPr>
          <w:tblHeader/>
          <w:jc w:val="center"/>
        </w:trPr>
        <w:tc>
          <w:tcPr>
            <w:tcW w:w="2376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7A28571" w14:textId="77777777" w:rsidR="00350988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Олимпиада</w:t>
            </w:r>
            <w:proofErr w:type="spellEnd"/>
          </w:p>
        </w:tc>
        <w:tc>
          <w:tcPr>
            <w:tcW w:w="1944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0E62668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Вуз / организатор</w:t>
            </w:r>
          </w:p>
        </w:tc>
        <w:tc>
          <w:tcPr>
            <w:tcW w:w="1800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85C1BE7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Направление</w:t>
            </w:r>
          </w:p>
        </w:tc>
        <w:tc>
          <w:tcPr>
            <w:tcW w:w="792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0A748A2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Классы</w:t>
            </w:r>
          </w:p>
        </w:tc>
        <w:tc>
          <w:tcPr>
            <w:tcW w:w="1305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C9A2EEB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Уровень РСОШ*</w:t>
            </w:r>
          </w:p>
        </w:tc>
        <w:tc>
          <w:tcPr>
            <w:tcW w:w="1276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206AC75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Дедлайн регистрации</w:t>
            </w:r>
          </w:p>
        </w:tc>
        <w:tc>
          <w:tcPr>
            <w:tcW w:w="1811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5130276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Отборочный этап 2026/27</w:t>
            </w:r>
          </w:p>
        </w:tc>
        <w:tc>
          <w:tcPr>
            <w:tcW w:w="1800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552294E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Финальный этап 2026/27</w:t>
            </w:r>
          </w:p>
        </w:tc>
        <w:tc>
          <w:tcPr>
            <w:tcW w:w="1656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C077745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Регистрация / сайт организатора</w:t>
            </w:r>
          </w:p>
        </w:tc>
      </w:tr>
      <w:tr w:rsidR="00350988" w14:paraId="5B9EBA1E" w14:textId="77777777" w:rsidTr="00962D54">
        <w:trPr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E06BC66" w14:textId="77777777" w:rsidR="00350988" w:rsidRDefault="00000000">
            <w:r>
              <w:rPr>
                <w:b/>
                <w:color w:val="005288"/>
                <w:sz w:val="14"/>
              </w:rPr>
              <w:t>Олимпиада школьников «Ломоносов» — математика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3766561" w14:textId="77777777" w:rsidR="00350988" w:rsidRDefault="00000000">
            <w:r>
              <w:rPr>
                <w:sz w:val="14"/>
              </w:rPr>
              <w:t>МГУ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01C094A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E9D2790" w14:textId="77777777" w:rsidR="00350988" w:rsidRDefault="00000000">
            <w:pPr>
              <w:jc w:val="center"/>
            </w:pPr>
            <w:r>
              <w:rPr>
                <w:sz w:val="14"/>
              </w:rPr>
              <w:t>5–11</w:t>
            </w:r>
          </w:p>
        </w:tc>
        <w:tc>
          <w:tcPr>
            <w:tcW w:w="1305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E038453" w14:textId="77777777" w:rsidR="00350988" w:rsidRDefault="00000000">
            <w:pPr>
              <w:jc w:val="center"/>
            </w:pPr>
            <w:r>
              <w:rPr>
                <w:sz w:val="14"/>
              </w:rPr>
              <w:t>I</w:t>
            </w:r>
          </w:p>
        </w:tc>
        <w:tc>
          <w:tcPr>
            <w:tcW w:w="12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7F822CB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55B99E4" w14:textId="77777777" w:rsidR="00350988" w:rsidRDefault="00000000">
            <w:r>
              <w:rPr>
                <w:sz w:val="14"/>
              </w:rPr>
              <w:t>ориентир: ноябрь–декабрь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62B98FE" w14:textId="77777777" w:rsidR="00350988" w:rsidRDefault="00000000">
            <w:r>
              <w:rPr>
                <w:sz w:val="14"/>
              </w:rPr>
              <w:t>ориентир: 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19927F5" w14:textId="77777777" w:rsidR="003F0237" w:rsidRDefault="00000000">
            <w:r>
              <w:rPr>
                <w:color w:val="005288"/>
                <w:sz w:val="13"/>
              </w:rPr>
              <w:t>https://olymp.msu.ru/</w:t>
            </w:r>
          </w:p>
        </w:tc>
      </w:tr>
      <w:tr w:rsidR="00350988" w14:paraId="18E3794B" w14:textId="77777777" w:rsidTr="00962D54">
        <w:trPr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357021D" w14:textId="77777777" w:rsidR="00350988" w:rsidRDefault="00000000">
            <w:r>
              <w:rPr>
                <w:b/>
                <w:color w:val="005288"/>
                <w:sz w:val="14"/>
              </w:rPr>
              <w:t>Олимпиада школьников «Ломоносов» — физика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BF8FDFB" w14:textId="77777777" w:rsidR="00350988" w:rsidRDefault="00000000">
            <w:r>
              <w:rPr>
                <w:sz w:val="14"/>
              </w:rPr>
              <w:t>МГУ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A34724E" w14:textId="77777777" w:rsidR="00350988" w:rsidRDefault="00000000">
            <w:r>
              <w:rPr>
                <w:sz w:val="14"/>
              </w:rPr>
              <w:t>Физика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911F85F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305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1722CC8" w14:textId="77777777" w:rsidR="00350988" w:rsidRDefault="00000000">
            <w:pPr>
              <w:jc w:val="center"/>
            </w:pPr>
            <w:r>
              <w:rPr>
                <w:sz w:val="14"/>
              </w:rPr>
              <w:t>I</w:t>
            </w:r>
          </w:p>
        </w:tc>
        <w:tc>
          <w:tcPr>
            <w:tcW w:w="12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42CA716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012B3D6" w14:textId="77777777" w:rsidR="00350988" w:rsidRDefault="00000000">
            <w:r>
              <w:rPr>
                <w:sz w:val="14"/>
              </w:rPr>
              <w:t>ориентир: ноябрь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889DF19" w14:textId="77777777" w:rsidR="00350988" w:rsidRDefault="00000000">
            <w:r>
              <w:rPr>
                <w:sz w:val="14"/>
              </w:rPr>
              <w:t>ориентир: февраль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C40B16D" w14:textId="77777777" w:rsidR="003F0237" w:rsidRDefault="00000000">
            <w:r>
              <w:rPr>
                <w:color w:val="005288"/>
                <w:sz w:val="13"/>
              </w:rPr>
              <w:t>https://olymp.msu.ru/</w:t>
            </w:r>
          </w:p>
        </w:tc>
      </w:tr>
      <w:tr w:rsidR="00350988" w14:paraId="0525EA64" w14:textId="77777777" w:rsidTr="00962D54">
        <w:trPr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9B0EBCA" w14:textId="77777777" w:rsidR="00350988" w:rsidRDefault="00000000">
            <w:r>
              <w:rPr>
                <w:b/>
                <w:color w:val="005288"/>
                <w:sz w:val="14"/>
              </w:rPr>
              <w:t>Олимпиада школьников «Ломоносов» — информатика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3529167" w14:textId="77777777" w:rsidR="00350988" w:rsidRDefault="00000000">
            <w:r>
              <w:rPr>
                <w:sz w:val="14"/>
              </w:rPr>
              <w:t>МГУ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1A10145" w14:textId="77777777" w:rsidR="00350988" w:rsidRDefault="00000000">
            <w:r>
              <w:rPr>
                <w:sz w:val="14"/>
              </w:rPr>
              <w:t>Информатика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8BAA0A4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305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AB16EA0" w14:textId="77777777" w:rsidR="00350988" w:rsidRDefault="00000000">
            <w:pPr>
              <w:jc w:val="center"/>
            </w:pPr>
            <w:r>
              <w:rPr>
                <w:sz w:val="14"/>
              </w:rPr>
              <w:t>уточняется</w:t>
            </w:r>
          </w:p>
        </w:tc>
        <w:tc>
          <w:tcPr>
            <w:tcW w:w="12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3EDA8B3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F6D93D2" w14:textId="77777777" w:rsidR="00350988" w:rsidRDefault="00000000">
            <w:r>
              <w:rPr>
                <w:sz w:val="14"/>
              </w:rPr>
              <w:t>ориентир: ноябрь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9CCD35A" w14:textId="77777777" w:rsidR="00350988" w:rsidRDefault="00000000">
            <w:r>
              <w:rPr>
                <w:sz w:val="14"/>
              </w:rPr>
              <w:t>ориентир: 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1D50B79" w14:textId="77777777" w:rsidR="003F0237" w:rsidRDefault="00000000">
            <w:r>
              <w:rPr>
                <w:color w:val="005288"/>
                <w:sz w:val="13"/>
              </w:rPr>
              <w:t>https://olymp.msu.ru/</w:t>
            </w:r>
          </w:p>
        </w:tc>
      </w:tr>
      <w:tr w:rsidR="00350988" w14:paraId="3A79A82A" w14:textId="77777777" w:rsidTr="00962D54">
        <w:trPr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A9DB21B" w14:textId="77777777" w:rsidR="00350988" w:rsidRDefault="00000000">
            <w:r>
              <w:rPr>
                <w:b/>
                <w:color w:val="005288"/>
                <w:sz w:val="14"/>
              </w:rPr>
              <w:t>Отраслевая олимпиада «Росатом» — математика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EC67CFE" w14:textId="77777777" w:rsidR="00350988" w:rsidRDefault="00000000">
            <w:r>
              <w:rPr>
                <w:sz w:val="14"/>
              </w:rPr>
              <w:t>НИЯУ МИФИ и партнёры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FB5E52F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025E56F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305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8DFB75A" w14:textId="77777777" w:rsidR="00350988" w:rsidRDefault="00000000">
            <w:pPr>
              <w:jc w:val="center"/>
            </w:pPr>
            <w:r>
              <w:rPr>
                <w:sz w:val="14"/>
              </w:rPr>
              <w:t>II</w:t>
            </w:r>
          </w:p>
        </w:tc>
        <w:tc>
          <w:tcPr>
            <w:tcW w:w="12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89E458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A09C5FB" w14:textId="77777777" w:rsidR="00350988" w:rsidRDefault="00000000">
            <w:r>
              <w:rPr>
                <w:sz w:val="14"/>
              </w:rPr>
              <w:t>ориентир: ноябрь–декабрь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3FD08FF" w14:textId="77777777" w:rsidR="00350988" w:rsidRDefault="00000000">
            <w:r>
              <w:rPr>
                <w:sz w:val="14"/>
              </w:rPr>
              <w:t>ориентир: февраль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D4EFE2B" w14:textId="77777777" w:rsidR="003F0237" w:rsidRDefault="00000000">
            <w:r>
              <w:rPr>
                <w:color w:val="005288"/>
                <w:sz w:val="13"/>
              </w:rPr>
              <w:t>https://olymp.mephi.ru/rosatom/</w:t>
            </w:r>
          </w:p>
        </w:tc>
      </w:tr>
      <w:tr w:rsidR="00350988" w14:paraId="49AFB923" w14:textId="77777777" w:rsidTr="00962D54">
        <w:trPr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835265A" w14:textId="77777777" w:rsidR="00350988" w:rsidRDefault="00000000">
            <w:r>
              <w:rPr>
                <w:b/>
                <w:color w:val="005288"/>
                <w:sz w:val="14"/>
              </w:rPr>
              <w:t>Отраслевая олимпиада «Росатом» — физика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A0D3564" w14:textId="77777777" w:rsidR="00350988" w:rsidRDefault="00000000">
            <w:r>
              <w:rPr>
                <w:sz w:val="14"/>
              </w:rPr>
              <w:t>НИЯУ МИФИ и партнёры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7C63058" w14:textId="77777777" w:rsidR="00350988" w:rsidRDefault="00000000">
            <w:r>
              <w:rPr>
                <w:sz w:val="14"/>
              </w:rPr>
              <w:t>Физика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3972D8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305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BF777E6" w14:textId="77777777" w:rsidR="00350988" w:rsidRDefault="00000000">
            <w:pPr>
              <w:jc w:val="center"/>
            </w:pPr>
            <w:r>
              <w:rPr>
                <w:sz w:val="14"/>
              </w:rPr>
              <w:t>I</w:t>
            </w:r>
          </w:p>
        </w:tc>
        <w:tc>
          <w:tcPr>
            <w:tcW w:w="12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FBF8B91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25A31CA" w14:textId="77777777" w:rsidR="00350988" w:rsidRDefault="00000000">
            <w:r>
              <w:rPr>
                <w:sz w:val="14"/>
              </w:rPr>
              <w:t>ориентир: ноябрь–декабрь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934CC73" w14:textId="77777777" w:rsidR="00350988" w:rsidRDefault="00000000">
            <w:r>
              <w:rPr>
                <w:sz w:val="14"/>
              </w:rPr>
              <w:t>ориентир: февраль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9944F36" w14:textId="77777777" w:rsidR="003F0237" w:rsidRDefault="00000000">
            <w:r>
              <w:rPr>
                <w:color w:val="005288"/>
                <w:sz w:val="13"/>
              </w:rPr>
              <w:t>https://olymp.mephi.ru/rosatom/</w:t>
            </w:r>
          </w:p>
        </w:tc>
      </w:tr>
      <w:tr w:rsidR="00350988" w14:paraId="1497E9EB" w14:textId="77777777" w:rsidTr="00962D54">
        <w:trPr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55E4A8E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b/>
                <w:color w:val="005288"/>
                <w:sz w:val="14"/>
                <w:lang w:val="ru-RU"/>
              </w:rPr>
              <w:t>Олимпиада «Шаг в будущее» — математика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D5F176E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МГТУ им. Н.Э. Баумана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412BBE5" w14:textId="77777777" w:rsidR="00350988" w:rsidRDefault="00000000">
            <w:proofErr w:type="spellStart"/>
            <w:r>
              <w:rPr>
                <w:sz w:val="14"/>
              </w:rPr>
              <w:t>Математика</w:t>
            </w:r>
            <w:proofErr w:type="spellEnd"/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DBEE701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305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FB0EEA5" w14:textId="77777777" w:rsidR="00350988" w:rsidRDefault="00000000">
            <w:pPr>
              <w:jc w:val="center"/>
            </w:pPr>
            <w:r>
              <w:rPr>
                <w:sz w:val="14"/>
              </w:rPr>
              <w:t>III</w:t>
            </w:r>
          </w:p>
        </w:tc>
        <w:tc>
          <w:tcPr>
            <w:tcW w:w="12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1C0359D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5D5A3AD" w14:textId="77777777" w:rsidR="00350988" w:rsidRDefault="00000000">
            <w:r>
              <w:rPr>
                <w:sz w:val="14"/>
              </w:rPr>
              <w:t>ориентир: октябрь–декабрь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FF4DCF1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FCCF321" w14:textId="77777777" w:rsidR="003F0237" w:rsidRDefault="00000000">
            <w:r>
              <w:rPr>
                <w:color w:val="005288"/>
                <w:sz w:val="13"/>
              </w:rPr>
              <w:t>https://olymp.bmstu.ru/</w:t>
            </w:r>
          </w:p>
        </w:tc>
      </w:tr>
      <w:tr w:rsidR="00350988" w14:paraId="7DEB1761" w14:textId="77777777" w:rsidTr="00962D54">
        <w:trPr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2F5A74D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b/>
                <w:color w:val="005288"/>
                <w:sz w:val="14"/>
                <w:lang w:val="ru-RU"/>
              </w:rPr>
              <w:t>Олимпиада «Шаг в будущее» — физика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5200106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МГТУ им. Н.Э. Баумана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7D42B07" w14:textId="77777777" w:rsidR="00350988" w:rsidRDefault="00000000">
            <w:proofErr w:type="spellStart"/>
            <w:r>
              <w:rPr>
                <w:sz w:val="14"/>
              </w:rPr>
              <w:t>Физика</w:t>
            </w:r>
            <w:proofErr w:type="spellEnd"/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183A24E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305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1F6606E" w14:textId="77777777" w:rsidR="00350988" w:rsidRDefault="00000000">
            <w:pPr>
              <w:jc w:val="center"/>
            </w:pPr>
            <w:r>
              <w:rPr>
                <w:sz w:val="14"/>
              </w:rPr>
              <w:t>II</w:t>
            </w:r>
          </w:p>
        </w:tc>
        <w:tc>
          <w:tcPr>
            <w:tcW w:w="12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3DE2A7C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D10BEAD" w14:textId="77777777" w:rsidR="00350988" w:rsidRDefault="00000000">
            <w:r>
              <w:rPr>
                <w:sz w:val="14"/>
              </w:rPr>
              <w:t>ориентир: октябрь–декабрь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66FAE6A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58301DC" w14:textId="77777777" w:rsidR="003F0237" w:rsidRDefault="00000000">
            <w:r>
              <w:rPr>
                <w:color w:val="005288"/>
                <w:sz w:val="13"/>
              </w:rPr>
              <w:t>https://olymp.bmstu.ru/</w:t>
            </w:r>
          </w:p>
        </w:tc>
      </w:tr>
      <w:tr w:rsidR="00350988" w14:paraId="526CC35E" w14:textId="77777777" w:rsidTr="00962D54">
        <w:trPr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EECE8DD" w14:textId="77777777" w:rsidR="00350988" w:rsidRDefault="00000000">
            <w:r>
              <w:rPr>
                <w:b/>
                <w:color w:val="005288"/>
                <w:sz w:val="14"/>
              </w:rPr>
              <w:t>Университетская олимпиада «Бельчонок»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1AE2D3F" w14:textId="77777777" w:rsidR="00350988" w:rsidRDefault="00000000">
            <w:r>
              <w:rPr>
                <w:sz w:val="14"/>
              </w:rPr>
              <w:t>Сибирский федеральный университет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20A7DE3" w14:textId="77777777" w:rsidR="00350988" w:rsidRDefault="00000000">
            <w:r>
              <w:rPr>
                <w:sz w:val="14"/>
              </w:rPr>
              <w:t>Математика, физика, информатика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78C498D" w14:textId="77777777" w:rsidR="00350988" w:rsidRDefault="00000000">
            <w:pPr>
              <w:jc w:val="center"/>
            </w:pPr>
            <w:r>
              <w:rPr>
                <w:sz w:val="14"/>
              </w:rPr>
              <w:t>5–11</w:t>
            </w:r>
          </w:p>
        </w:tc>
        <w:tc>
          <w:tcPr>
            <w:tcW w:w="1305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BEE8921" w14:textId="77777777" w:rsidR="00350988" w:rsidRDefault="00000000">
            <w:pPr>
              <w:jc w:val="center"/>
            </w:pPr>
            <w:r>
              <w:rPr>
                <w:sz w:val="14"/>
              </w:rPr>
              <w:t>уточняется</w:t>
            </w:r>
          </w:p>
        </w:tc>
        <w:tc>
          <w:tcPr>
            <w:tcW w:w="12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90F87D6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3DAF634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2242473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F97177C" w14:textId="77777777" w:rsidR="003F0237" w:rsidRDefault="00000000">
            <w:r>
              <w:rPr>
                <w:color w:val="005288"/>
                <w:sz w:val="13"/>
              </w:rPr>
              <w:t>https://dovuz.sfu-kras.ru/olimpiady/belchonok/</w:t>
            </w:r>
          </w:p>
        </w:tc>
      </w:tr>
      <w:tr w:rsidR="00350988" w14:paraId="17DDC64B" w14:textId="77777777" w:rsidTr="00962D54">
        <w:trPr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18FC664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b/>
                <w:color w:val="005288"/>
                <w:sz w:val="14"/>
                <w:lang w:val="ru-RU"/>
              </w:rPr>
              <w:t>Турнир имени М.В. Ломоносова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3BAAA9D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ДОНМ, МГУ, МФТИ и партнёры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B304364" w14:textId="77777777" w:rsidR="00350988" w:rsidRDefault="00000000">
            <w:proofErr w:type="spellStart"/>
            <w:r>
              <w:rPr>
                <w:sz w:val="14"/>
              </w:rPr>
              <w:t>Математика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физика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др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59644FE" w14:textId="77777777" w:rsidR="00350988" w:rsidRDefault="00000000">
            <w:pPr>
              <w:jc w:val="center"/>
            </w:pPr>
            <w:r>
              <w:rPr>
                <w:sz w:val="14"/>
              </w:rPr>
              <w:t>5–11</w:t>
            </w:r>
          </w:p>
        </w:tc>
        <w:tc>
          <w:tcPr>
            <w:tcW w:w="1305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0E1B32B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2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DA34BDD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CA255EB" w14:textId="77777777" w:rsidR="00350988" w:rsidRDefault="00000000">
            <w:r>
              <w:rPr>
                <w:sz w:val="14"/>
              </w:rPr>
              <w:t>ориентир: сентябрь–октябрь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AC7034A" w14:textId="77777777" w:rsidR="00350988" w:rsidRDefault="00000000">
            <w:r>
              <w:rPr>
                <w:sz w:val="14"/>
              </w:rPr>
              <w:t>—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FD635E1" w14:textId="77777777" w:rsidR="003F0237" w:rsidRDefault="00000000">
            <w:r>
              <w:rPr>
                <w:color w:val="005288"/>
                <w:sz w:val="13"/>
              </w:rPr>
              <w:t>https://turlom.olimpiada.ru/</w:t>
            </w:r>
          </w:p>
        </w:tc>
      </w:tr>
      <w:tr w:rsidR="00350988" w14:paraId="34E26371" w14:textId="77777777" w:rsidTr="00962D54">
        <w:trPr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20CDEA6" w14:textId="77777777" w:rsidR="00350988" w:rsidRDefault="00000000">
            <w:r>
              <w:rPr>
                <w:b/>
                <w:color w:val="005288"/>
                <w:sz w:val="14"/>
              </w:rPr>
              <w:t>Турнир городов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2C65102" w14:textId="77777777" w:rsidR="00350988" w:rsidRDefault="00000000">
            <w:r>
              <w:rPr>
                <w:sz w:val="14"/>
              </w:rPr>
              <w:t>ДОНМ / оргкомитет Турнира городов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D1E973C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9CCD03" w14:textId="77777777" w:rsidR="00350988" w:rsidRDefault="00000000">
            <w:pPr>
              <w:jc w:val="center"/>
            </w:pPr>
            <w:r>
              <w:rPr>
                <w:sz w:val="14"/>
              </w:rPr>
              <w:t>5–11</w:t>
            </w:r>
          </w:p>
        </w:tc>
        <w:tc>
          <w:tcPr>
            <w:tcW w:w="1305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F71BB71" w14:textId="77777777" w:rsidR="00350988" w:rsidRDefault="00000000">
            <w:pPr>
              <w:jc w:val="center"/>
            </w:pPr>
            <w:r>
              <w:rPr>
                <w:sz w:val="14"/>
              </w:rPr>
              <w:t>I</w:t>
            </w:r>
          </w:p>
        </w:tc>
        <w:tc>
          <w:tcPr>
            <w:tcW w:w="12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9309F3D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59C20D" w14:textId="77777777" w:rsidR="00350988" w:rsidRDefault="00000000">
            <w:r>
              <w:rPr>
                <w:sz w:val="14"/>
              </w:rPr>
              <w:t>ориентир: октябрь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3762CDD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7A3E059" w14:textId="77777777" w:rsidR="003F0237" w:rsidRDefault="00000000">
            <w:r>
              <w:rPr>
                <w:color w:val="005288"/>
                <w:sz w:val="13"/>
              </w:rPr>
              <w:t>https://www.turgor.ru/</w:t>
            </w:r>
          </w:p>
        </w:tc>
      </w:tr>
      <w:tr w:rsidR="00350988" w14:paraId="3FCBA04B" w14:textId="77777777" w:rsidTr="00962D54">
        <w:trPr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C0DA6DD" w14:textId="77777777" w:rsidR="00350988" w:rsidRDefault="00000000">
            <w:r>
              <w:rPr>
                <w:b/>
                <w:color w:val="005288"/>
                <w:sz w:val="14"/>
              </w:rPr>
              <w:t>«Формула Единства / Третье тысячелетие»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2C74AB1" w14:textId="77777777" w:rsidR="00350988" w:rsidRDefault="00000000">
            <w:r>
              <w:rPr>
                <w:sz w:val="14"/>
              </w:rPr>
              <w:t>Оргкомитет олимпиады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2896369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BB77754" w14:textId="77777777" w:rsidR="00350988" w:rsidRDefault="00000000">
            <w:pPr>
              <w:jc w:val="center"/>
            </w:pPr>
            <w:r>
              <w:rPr>
                <w:sz w:val="14"/>
              </w:rPr>
              <w:t>5–11</w:t>
            </w:r>
          </w:p>
        </w:tc>
        <w:tc>
          <w:tcPr>
            <w:tcW w:w="1305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869B699" w14:textId="77777777" w:rsidR="00350988" w:rsidRDefault="00000000">
            <w:pPr>
              <w:jc w:val="center"/>
            </w:pPr>
            <w:r>
              <w:rPr>
                <w:sz w:val="14"/>
              </w:rPr>
              <w:t>уточняется</w:t>
            </w:r>
          </w:p>
        </w:tc>
        <w:tc>
          <w:tcPr>
            <w:tcW w:w="12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A8EC055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17551EC" w14:textId="77777777" w:rsidR="00350988" w:rsidRDefault="00000000">
            <w:r>
              <w:rPr>
                <w:sz w:val="14"/>
              </w:rPr>
              <w:t>ориентир: осень–зима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CD4AACA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5A90258" w14:textId="77777777" w:rsidR="003F0237" w:rsidRDefault="00000000">
            <w:r>
              <w:rPr>
                <w:color w:val="005288"/>
                <w:sz w:val="13"/>
              </w:rPr>
              <w:t>https://www.formulo.org/</w:t>
            </w:r>
          </w:p>
        </w:tc>
      </w:tr>
      <w:tr w:rsidR="00350988" w14:paraId="21150416" w14:textId="77777777" w:rsidTr="00962D54">
        <w:trPr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1D12B2D" w14:textId="77777777" w:rsidR="00350988" w:rsidRDefault="00000000">
            <w:r>
              <w:rPr>
                <w:b/>
                <w:color w:val="005288"/>
                <w:sz w:val="14"/>
              </w:rPr>
              <w:t>Всесибирская открытая олимпиада школьников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0720D3A" w14:textId="77777777" w:rsidR="00350988" w:rsidRDefault="00000000">
            <w:r>
              <w:rPr>
                <w:sz w:val="14"/>
              </w:rPr>
              <w:t>СУНЦ НГУ / НГУ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2724689" w14:textId="77777777" w:rsidR="00350988" w:rsidRDefault="00000000">
            <w:r>
              <w:rPr>
                <w:sz w:val="14"/>
              </w:rPr>
              <w:t>Математика, физика, информатика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508C5CB" w14:textId="77777777" w:rsidR="00350988" w:rsidRDefault="00000000">
            <w:pPr>
              <w:jc w:val="center"/>
            </w:pPr>
            <w:r>
              <w:rPr>
                <w:sz w:val="14"/>
              </w:rPr>
              <w:t>5–11*</w:t>
            </w:r>
          </w:p>
        </w:tc>
        <w:tc>
          <w:tcPr>
            <w:tcW w:w="1305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C98D649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2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E618AAE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11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F121F15" w14:textId="77777777" w:rsidR="00350988" w:rsidRDefault="00000000">
            <w:r>
              <w:rPr>
                <w:sz w:val="14"/>
              </w:rPr>
              <w:t>ориентир: октябрь–декабрь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53F5BCA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AB15BA2" w14:textId="77777777" w:rsidR="003F0237" w:rsidRDefault="00000000">
            <w:r>
              <w:rPr>
                <w:color w:val="005288"/>
                <w:sz w:val="13"/>
              </w:rPr>
              <w:t>https://sesc.nsu.ru/olymp-vsesib/</w:t>
            </w:r>
          </w:p>
        </w:tc>
      </w:tr>
      <w:tr w:rsidR="00962D54" w14:paraId="5849C40F" w14:textId="77777777" w:rsidTr="00962D54">
        <w:trPr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</w:tcPr>
          <w:p w14:paraId="0904B7E1" w14:textId="51E9E34D" w:rsidR="00962D54" w:rsidRPr="00962D54" w:rsidRDefault="00962D54" w:rsidP="00962D54">
            <w:pPr>
              <w:rPr>
                <w:b/>
                <w:bCs/>
                <w:color w:val="1F497D" w:themeColor="text2"/>
                <w:sz w:val="14"/>
                <w:lang w:val="ru-RU"/>
              </w:rPr>
            </w:pPr>
            <w:r w:rsidRPr="00962D54">
              <w:rPr>
                <w:b/>
                <w:bCs/>
                <w:color w:val="1F497D" w:themeColor="text2"/>
                <w:lang w:val="ru-RU"/>
              </w:rPr>
              <w:t xml:space="preserve">Командный математический турнир для учащихся 4–6 классов имени М.А. </w:t>
            </w:r>
            <w:proofErr w:type="spellStart"/>
            <w:r w:rsidRPr="00962D54">
              <w:rPr>
                <w:b/>
                <w:bCs/>
                <w:color w:val="1F497D" w:themeColor="text2"/>
                <w:lang w:val="ru-RU"/>
              </w:rPr>
              <w:t>Ильгамова</w:t>
            </w:r>
            <w:proofErr w:type="spellEnd"/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</w:tcPr>
          <w:p w14:paraId="150EF9C6" w14:textId="14C1D439" w:rsidR="00962D54" w:rsidRPr="00962D54" w:rsidRDefault="00962D54" w:rsidP="00962D54">
            <w:pPr>
              <w:rPr>
                <w:sz w:val="14"/>
                <w:lang w:val="ru-RU"/>
              </w:rPr>
            </w:pPr>
            <w:r w:rsidRPr="00962D54">
              <w:rPr>
                <w:lang w:val="ru-RU"/>
              </w:rPr>
              <w:t>БГПУ им. М. Акмуллы и Центр развития «Образование без границ»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</w:tcPr>
          <w:p w14:paraId="7A90DBE5" w14:textId="6AF73A9D" w:rsidR="00962D54" w:rsidRPr="00962D54" w:rsidRDefault="00962D54" w:rsidP="00962D54">
            <w:pPr>
              <w:rPr>
                <w:sz w:val="14"/>
                <w:lang w:val="ru-RU"/>
              </w:rPr>
            </w:pPr>
            <w:r w:rsidRPr="00962D54">
              <w:rPr>
                <w:lang w:val="ru-RU"/>
              </w:rPr>
              <w:t>Математика, логика, командное решение задач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</w:tcPr>
          <w:p w14:paraId="2250DE86" w14:textId="299083CF" w:rsidR="00962D54" w:rsidRDefault="00962D54" w:rsidP="00962D54">
            <w:pPr>
              <w:jc w:val="center"/>
              <w:rPr>
                <w:sz w:val="14"/>
              </w:rPr>
            </w:pPr>
            <w:r w:rsidRPr="00B73A30">
              <w:t>4</w:t>
            </w:r>
          </w:p>
        </w:tc>
        <w:tc>
          <w:tcPr>
            <w:tcW w:w="1305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</w:tcPr>
          <w:p w14:paraId="137577C0" w14:textId="281D6FE5" w:rsidR="00962D54" w:rsidRDefault="00962D54" w:rsidP="00962D54">
            <w:pPr>
              <w:jc w:val="center"/>
              <w:rPr>
                <w:sz w:val="14"/>
              </w:rPr>
            </w:pPr>
            <w:proofErr w:type="spellStart"/>
            <w:r w:rsidRPr="00B73A30">
              <w:t>Республика</w:t>
            </w:r>
            <w:proofErr w:type="spellEnd"/>
            <w:r w:rsidRPr="00B73A30">
              <w:t xml:space="preserve"> </w:t>
            </w:r>
            <w:proofErr w:type="spellStart"/>
            <w:r w:rsidRPr="00B73A30">
              <w:t>Башкортостан</w:t>
            </w:r>
            <w:proofErr w:type="spellEnd"/>
            <w:r w:rsidRPr="00B73A30">
              <w:t xml:space="preserve"> / </w:t>
            </w:r>
            <w:proofErr w:type="spellStart"/>
            <w:r w:rsidRPr="00B73A30">
              <w:t>межшкольный</w:t>
            </w:r>
            <w:proofErr w:type="spellEnd"/>
          </w:p>
        </w:tc>
        <w:tc>
          <w:tcPr>
            <w:tcW w:w="12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</w:tcPr>
          <w:p w14:paraId="1C7FB5A7" w14:textId="0C5A79EA" w:rsidR="00962D54" w:rsidRDefault="00962D54" w:rsidP="00962D54">
            <w:pPr>
              <w:rPr>
                <w:sz w:val="14"/>
              </w:rPr>
            </w:pPr>
            <w:proofErr w:type="spellStart"/>
            <w:r w:rsidRPr="00B73A30">
              <w:t>даты</w:t>
            </w:r>
            <w:proofErr w:type="spellEnd"/>
            <w:r w:rsidRPr="00B73A30">
              <w:t xml:space="preserve"> </w:t>
            </w:r>
            <w:proofErr w:type="spellStart"/>
            <w:r w:rsidRPr="00B73A30">
              <w:t>регистрации</w:t>
            </w:r>
            <w:proofErr w:type="spellEnd"/>
            <w:r w:rsidRPr="00B73A30">
              <w:t xml:space="preserve"> </w:t>
            </w:r>
            <w:proofErr w:type="spellStart"/>
            <w:r w:rsidRPr="00B73A30">
              <w:t>на</w:t>
            </w:r>
            <w:proofErr w:type="spellEnd"/>
            <w:r w:rsidRPr="00B73A30">
              <w:t xml:space="preserve"> </w:t>
            </w:r>
            <w:proofErr w:type="spellStart"/>
            <w:r w:rsidRPr="00B73A30">
              <w:t>утверждении</w:t>
            </w:r>
            <w:proofErr w:type="spellEnd"/>
          </w:p>
        </w:tc>
        <w:tc>
          <w:tcPr>
            <w:tcW w:w="1811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</w:tcPr>
          <w:p w14:paraId="6A688448" w14:textId="0603B1B2" w:rsidR="00962D54" w:rsidRDefault="00962D54" w:rsidP="00962D54">
            <w:pPr>
              <w:rPr>
                <w:sz w:val="14"/>
              </w:rPr>
            </w:pPr>
            <w:proofErr w:type="spellStart"/>
            <w:r w:rsidRPr="00B73A30">
              <w:t>ориентир</w:t>
            </w:r>
            <w:proofErr w:type="spellEnd"/>
            <w:r w:rsidRPr="00B73A30">
              <w:t xml:space="preserve">: </w:t>
            </w:r>
            <w:proofErr w:type="spellStart"/>
            <w:r w:rsidRPr="00B73A30">
              <w:t>январь</w:t>
            </w:r>
            <w:proofErr w:type="spellEnd"/>
            <w:r w:rsidRPr="00B73A30">
              <w:t xml:space="preserve"> – </w:t>
            </w:r>
            <w:proofErr w:type="spellStart"/>
            <w:r w:rsidRPr="00B73A30">
              <w:t>февраль</w:t>
            </w:r>
            <w:proofErr w:type="spellEnd"/>
            <w:r w:rsidRPr="00B73A30">
              <w:t xml:space="preserve"> 2027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</w:tcPr>
          <w:p w14:paraId="46A7BC56" w14:textId="56C4A92B" w:rsidR="00962D54" w:rsidRDefault="00962D54" w:rsidP="00962D54">
            <w:pPr>
              <w:rPr>
                <w:sz w:val="14"/>
              </w:rPr>
            </w:pPr>
            <w:proofErr w:type="spellStart"/>
            <w:r w:rsidRPr="00B73A30">
              <w:t>март</w:t>
            </w:r>
            <w:proofErr w:type="spellEnd"/>
            <w:r w:rsidRPr="00B73A30">
              <w:t xml:space="preserve">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</w:tcPr>
          <w:p w14:paraId="2BF10496" w14:textId="519AB69A" w:rsidR="00962D54" w:rsidRPr="00962D54" w:rsidRDefault="00962D54" w:rsidP="00962D54">
            <w:pPr>
              <w:rPr>
                <w:color w:val="1F497D" w:themeColor="text2"/>
                <w:sz w:val="13"/>
              </w:rPr>
            </w:pPr>
            <w:r w:rsidRPr="00962D54">
              <w:rPr>
                <w:color w:val="1F497D" w:themeColor="text2"/>
              </w:rPr>
              <w:t>https://librastudy.ru/</w:t>
            </w:r>
          </w:p>
        </w:tc>
      </w:tr>
    </w:tbl>
    <w:p w14:paraId="3E4A763E" w14:textId="6CB79289" w:rsidR="00975027" w:rsidRPr="00975027" w:rsidRDefault="00975027" w:rsidP="00975027">
      <w:pPr>
        <w:spacing w:before="200"/>
        <w:rPr>
          <w:lang w:val="ru-RU"/>
        </w:rPr>
      </w:pPr>
      <w:r w:rsidRPr="00975027">
        <w:rPr>
          <w:i/>
          <w:color w:val="505050"/>
          <w:sz w:val="17"/>
          <w:lang w:val="ru-RU"/>
        </w:rPr>
        <w:t>* Официальный Перечень олимпиад школьников на 2026/27 учебный год ещё не утверждён. Уровни олимпиады ориентированы на действующий перечень 2025/26 и опубликованный проект/информацию организаторов. Календарь будет обновляться по мере поступления официальной информации.</w:t>
      </w:r>
    </w:p>
    <w:p w14:paraId="49A6EF7B" w14:textId="295D8C8E" w:rsidR="00975027" w:rsidRPr="00962D54" w:rsidRDefault="00975027" w:rsidP="00975027">
      <w:pPr>
        <w:rPr>
          <w:sz w:val="18"/>
          <w:szCs w:val="18"/>
          <w:lang w:val="ru-RU"/>
        </w:rPr>
      </w:pPr>
      <w:r w:rsidRPr="00962D54">
        <w:rPr>
          <w:color w:val="5A5A5A"/>
          <w:sz w:val="18"/>
          <w:szCs w:val="18"/>
          <w:lang w:val="ru-RU"/>
        </w:rPr>
        <w:t>Примечание: формулировка «ориентир» означает ожидаемый период по календарям предыдущего сезона и/или текущей информации организаторов; это не утверждённая дата 2026/27. Там, где официальный срок уже опубликован организатором, указана конкретная дата.</w:t>
      </w:r>
    </w:p>
    <w:sectPr w:rsidR="00975027" w:rsidRPr="00962D54" w:rsidSect="00962D54">
      <w:pgSz w:w="16834" w:h="11909" w:orient="landscape"/>
      <w:pgMar w:top="567" w:right="576" w:bottom="284" w:left="576" w:header="17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3F447" w14:textId="77777777" w:rsidR="00C45852" w:rsidRDefault="00C45852">
      <w:pPr>
        <w:spacing w:after="0" w:line="240" w:lineRule="auto"/>
      </w:pPr>
      <w:r>
        <w:separator/>
      </w:r>
    </w:p>
  </w:endnote>
  <w:endnote w:type="continuationSeparator" w:id="0">
    <w:p w14:paraId="55F50E39" w14:textId="77777777" w:rsidR="00C45852" w:rsidRDefault="00C45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5A7F" w14:textId="77777777" w:rsidR="00C45852" w:rsidRDefault="00C45852">
      <w:pPr>
        <w:spacing w:after="0" w:line="240" w:lineRule="auto"/>
      </w:pPr>
      <w:r>
        <w:separator/>
      </w:r>
    </w:p>
  </w:footnote>
  <w:footnote w:type="continuationSeparator" w:id="0">
    <w:p w14:paraId="70A6FE1F" w14:textId="77777777" w:rsidR="00C45852" w:rsidRDefault="00C45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611183">
    <w:abstractNumId w:val="8"/>
  </w:num>
  <w:num w:numId="2" w16cid:durableId="172305973">
    <w:abstractNumId w:val="6"/>
  </w:num>
  <w:num w:numId="3" w16cid:durableId="506555585">
    <w:abstractNumId w:val="5"/>
  </w:num>
  <w:num w:numId="4" w16cid:durableId="631718990">
    <w:abstractNumId w:val="4"/>
  </w:num>
  <w:num w:numId="5" w16cid:durableId="1192496504">
    <w:abstractNumId w:val="7"/>
  </w:num>
  <w:num w:numId="6" w16cid:durableId="1521629363">
    <w:abstractNumId w:val="3"/>
  </w:num>
  <w:num w:numId="7" w16cid:durableId="752167533">
    <w:abstractNumId w:val="2"/>
  </w:num>
  <w:num w:numId="8" w16cid:durableId="380981388">
    <w:abstractNumId w:val="1"/>
  </w:num>
  <w:num w:numId="9" w16cid:durableId="166771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0988"/>
    <w:rsid w:val="003F0237"/>
    <w:rsid w:val="00407205"/>
    <w:rsid w:val="004B03EC"/>
    <w:rsid w:val="00535C29"/>
    <w:rsid w:val="007E6C39"/>
    <w:rsid w:val="00962D54"/>
    <w:rsid w:val="00975027"/>
    <w:rsid w:val="009E3D33"/>
    <w:rsid w:val="00AA1D8D"/>
    <w:rsid w:val="00B47730"/>
    <w:rsid w:val="00BA2F70"/>
    <w:rsid w:val="00C12009"/>
    <w:rsid w:val="00C45852"/>
    <w:rsid w:val="00CB0664"/>
    <w:rsid w:val="00D10821"/>
    <w:rsid w:val="00DA11A0"/>
    <w:rsid w:val="00E201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4AAF97"/>
  <w14:defaultImageDpi w14:val="300"/>
  <w15:docId w15:val="{2C531A35-C81B-401C-8A6D-FCAA8914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07205"/>
    <w:rPr>
      <w:rFonts w:ascii="Arial" w:hAnsi="Arial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E20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9">
    <w:name w:val="annotation reference"/>
    <w:basedOn w:val="a2"/>
    <w:uiPriority w:val="99"/>
    <w:semiHidden/>
    <w:unhideWhenUsed/>
    <w:rsid w:val="00962D54"/>
    <w:rPr>
      <w:sz w:val="16"/>
      <w:szCs w:val="16"/>
    </w:rPr>
  </w:style>
  <w:style w:type="paragraph" w:styleId="affa">
    <w:name w:val="annotation text"/>
    <w:basedOn w:val="a1"/>
    <w:link w:val="affb"/>
    <w:uiPriority w:val="99"/>
    <w:semiHidden/>
    <w:unhideWhenUsed/>
    <w:rsid w:val="00962D54"/>
    <w:pPr>
      <w:spacing w:line="240" w:lineRule="auto"/>
    </w:pPr>
    <w:rPr>
      <w:sz w:val="20"/>
      <w:szCs w:val="20"/>
    </w:rPr>
  </w:style>
  <w:style w:type="character" w:customStyle="1" w:styleId="affb">
    <w:name w:val="Текст примечания Знак"/>
    <w:basedOn w:val="a2"/>
    <w:link w:val="affa"/>
    <w:uiPriority w:val="99"/>
    <w:semiHidden/>
    <w:rsid w:val="00962D54"/>
    <w:rPr>
      <w:rFonts w:ascii="Arial" w:hAnsi="Arial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62D54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62D54"/>
    <w:rPr>
      <w:rFonts w:ascii="Arial" w:hAnsi="Arial"/>
      <w:b/>
      <w:bCs/>
      <w:sz w:val="20"/>
      <w:szCs w:val="20"/>
    </w:rPr>
  </w:style>
  <w:style w:type="character" w:styleId="affe">
    <w:name w:val="Hyperlink"/>
    <w:basedOn w:val="a2"/>
    <w:uiPriority w:val="99"/>
    <w:unhideWhenUsed/>
    <w:rsid w:val="00DA11A0"/>
    <w:rPr>
      <w:color w:val="0000FF" w:themeColor="hyperlink"/>
      <w:u w:val="single"/>
    </w:rPr>
  </w:style>
  <w:style w:type="character" w:styleId="afff">
    <w:name w:val="Unresolved Mention"/>
    <w:basedOn w:val="a2"/>
    <w:uiPriority w:val="99"/>
    <w:semiHidden/>
    <w:unhideWhenUsed/>
    <w:rsid w:val="00DA11A0"/>
    <w:rPr>
      <w:color w:val="605E5C"/>
      <w:shd w:val="clear" w:color="auto" w:fill="E1DFDD"/>
    </w:rPr>
  </w:style>
  <w:style w:type="character" w:styleId="afff0">
    <w:name w:val="FollowedHyperlink"/>
    <w:basedOn w:val="a2"/>
    <w:uiPriority w:val="99"/>
    <w:semiHidden/>
    <w:unhideWhenUsed/>
    <w:rsid w:val="00DA11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Лилия Мусина</cp:lastModifiedBy>
  <cp:revision>3</cp:revision>
  <dcterms:created xsi:type="dcterms:W3CDTF">2026-09-07T14:48:00Z</dcterms:created>
  <dcterms:modified xsi:type="dcterms:W3CDTF">2026-09-07T14:48:00Z</dcterms:modified>
  <cp:category/>
</cp:coreProperties>
</file>